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AEDB1" w14:textId="4D05E2BF" w:rsidR="00A84F58" w:rsidRPr="00901944" w:rsidRDefault="00E23D8C">
      <w:pPr>
        <w:pStyle w:val="Ttulo"/>
        <w:jc w:val="center"/>
        <w:rPr>
          <w:rFonts w:ascii="DM Sans" w:hAnsi="DM Sans"/>
          <w:lang w:val="es-ES"/>
        </w:rPr>
      </w:pPr>
      <w:r w:rsidRPr="00901944">
        <w:rPr>
          <w:rFonts w:ascii="DM Sans" w:hAnsi="DM Sans"/>
          <w:lang w:val="es-ES"/>
        </w:rPr>
        <w:t xml:space="preserve">ACEPTACIÓN DEL PREMIO </w:t>
      </w:r>
      <w:r w:rsidR="00014A65" w:rsidRPr="00901944">
        <w:rPr>
          <w:rFonts w:ascii="DM Sans" w:hAnsi="DM Sans"/>
          <w:lang w:val="es-ES"/>
        </w:rPr>
        <w:t>DE ARTE PÚBLICO 2026 DEL AYUNTAMIENTO DE MADRID</w:t>
      </w:r>
      <w:r w:rsidRPr="00901944">
        <w:rPr>
          <w:rFonts w:ascii="DM Sans" w:hAnsi="DM Sans"/>
          <w:lang w:val="es-ES"/>
        </w:rPr>
        <w:t xml:space="preserve"> Y APORTACIÓN DE DOCUMENTACIÓN</w:t>
      </w:r>
    </w:p>
    <w:p w14:paraId="3DED6C1A" w14:textId="77777777" w:rsidR="00A84F58" w:rsidRPr="00901944" w:rsidRDefault="00E23D8C">
      <w:pPr>
        <w:jc w:val="center"/>
        <w:rPr>
          <w:rFonts w:ascii="DM Sans" w:hAnsi="DM Sans"/>
          <w:lang w:val="es-ES"/>
        </w:rPr>
      </w:pPr>
      <w:r w:rsidRPr="00901944">
        <w:rPr>
          <w:rFonts w:ascii="DM Sans" w:hAnsi="DM Sans"/>
          <w:b/>
          <w:sz w:val="20"/>
          <w:lang w:val="es-ES"/>
        </w:rPr>
        <w:t>Primera edición del Premio de Arte Público del Área de Gobierno de Cultura, Turismo y Deporte · Año 2026</w:t>
      </w:r>
    </w:p>
    <w:tbl>
      <w:tblPr>
        <w:tblW w:w="0" w:type="auto"/>
        <w:jc w:val="center"/>
        <w:tblLayout w:type="fixed"/>
        <w:tblLook w:val="04A0" w:firstRow="1" w:lastRow="0" w:firstColumn="1" w:lastColumn="0" w:noHBand="0" w:noVBand="1"/>
      </w:tblPr>
      <w:tblGrid>
        <w:gridCol w:w="4986"/>
        <w:gridCol w:w="4986"/>
      </w:tblGrid>
      <w:tr w:rsidR="00A84F58" w:rsidRPr="00901944" w14:paraId="5D423605" w14:textId="77777777">
        <w:trPr>
          <w:jc w:val="center"/>
        </w:trPr>
        <w:tc>
          <w:tcPr>
            <w:tcW w:w="4986" w:type="dxa"/>
            <w:shd w:val="clear" w:color="auto" w:fill="D9EAF7"/>
            <w:tcMar>
              <w:top w:w="80" w:type="dxa"/>
              <w:left w:w="100" w:type="dxa"/>
              <w:bottom w:w="80" w:type="dxa"/>
              <w:right w:w="100" w:type="dxa"/>
            </w:tcMar>
            <w:vAlign w:val="center"/>
          </w:tcPr>
          <w:p w14:paraId="58590240" w14:textId="77777777" w:rsidR="00A84F58" w:rsidRPr="00901944" w:rsidRDefault="00E23D8C">
            <w:pPr>
              <w:rPr>
                <w:rFonts w:ascii="DM Sans" w:hAnsi="DM Sans"/>
              </w:rPr>
            </w:pPr>
            <w:r w:rsidRPr="00901944">
              <w:rPr>
                <w:rFonts w:ascii="DM Sans" w:hAnsi="DM Sans"/>
                <w:b/>
                <w:sz w:val="17"/>
              </w:rPr>
              <w:t>EXPEDIENTE</w:t>
            </w:r>
          </w:p>
        </w:tc>
        <w:tc>
          <w:tcPr>
            <w:tcW w:w="4986" w:type="dxa"/>
            <w:shd w:val="clear" w:color="auto" w:fill="F7F7F7"/>
            <w:tcMar>
              <w:top w:w="80" w:type="dxa"/>
              <w:left w:w="100" w:type="dxa"/>
              <w:bottom w:w="80" w:type="dxa"/>
              <w:right w:w="100" w:type="dxa"/>
            </w:tcMar>
            <w:vAlign w:val="center"/>
          </w:tcPr>
          <w:p w14:paraId="69B84529" w14:textId="77777777" w:rsidR="00A84F58" w:rsidRPr="00901944" w:rsidRDefault="00E23D8C">
            <w:pPr>
              <w:rPr>
                <w:rFonts w:ascii="DM Sans" w:hAnsi="DM Sans"/>
              </w:rPr>
            </w:pPr>
            <w:r w:rsidRPr="00901944">
              <w:rPr>
                <w:rFonts w:ascii="DM Sans" w:hAnsi="DM Sans"/>
              </w:rPr>
              <w:t>511/2026/27901</w:t>
            </w:r>
          </w:p>
        </w:tc>
      </w:tr>
      <w:tr w:rsidR="00A84F58" w:rsidRPr="004373D9" w14:paraId="220A81E3" w14:textId="77777777">
        <w:trPr>
          <w:jc w:val="center"/>
        </w:trPr>
        <w:tc>
          <w:tcPr>
            <w:tcW w:w="4986" w:type="dxa"/>
            <w:shd w:val="clear" w:color="auto" w:fill="D9EAF7"/>
            <w:tcMar>
              <w:top w:w="80" w:type="dxa"/>
              <w:left w:w="100" w:type="dxa"/>
              <w:bottom w:w="80" w:type="dxa"/>
              <w:right w:w="100" w:type="dxa"/>
            </w:tcMar>
            <w:vAlign w:val="center"/>
          </w:tcPr>
          <w:p w14:paraId="501F4EE2" w14:textId="77777777" w:rsidR="00A84F58" w:rsidRPr="00901944" w:rsidRDefault="00E23D8C">
            <w:pPr>
              <w:rPr>
                <w:rFonts w:ascii="DM Sans" w:hAnsi="DM Sans"/>
              </w:rPr>
            </w:pPr>
            <w:r w:rsidRPr="00901944">
              <w:rPr>
                <w:rFonts w:ascii="DM Sans" w:hAnsi="DM Sans"/>
                <w:b/>
                <w:sz w:val="17"/>
              </w:rPr>
              <w:t>ÓRGANO INSTRUCTOR</w:t>
            </w:r>
          </w:p>
        </w:tc>
        <w:tc>
          <w:tcPr>
            <w:tcW w:w="4986" w:type="dxa"/>
            <w:shd w:val="clear" w:color="auto" w:fill="F7F7F7"/>
            <w:tcMar>
              <w:top w:w="80" w:type="dxa"/>
              <w:left w:w="100" w:type="dxa"/>
              <w:bottom w:w="80" w:type="dxa"/>
              <w:right w:w="100" w:type="dxa"/>
            </w:tcMar>
            <w:vAlign w:val="center"/>
          </w:tcPr>
          <w:p w14:paraId="5C22119C" w14:textId="77777777" w:rsidR="00A84F58" w:rsidRPr="00901944" w:rsidRDefault="00E23D8C">
            <w:pPr>
              <w:rPr>
                <w:rFonts w:ascii="DM Sans" w:hAnsi="DM Sans"/>
                <w:lang w:val="es-ES"/>
              </w:rPr>
            </w:pPr>
            <w:r w:rsidRPr="00901944">
              <w:rPr>
                <w:rFonts w:ascii="DM Sans" w:hAnsi="DM Sans"/>
                <w:lang w:val="es-ES"/>
              </w:rPr>
              <w:t>Dirección General de Patrimonio Cultural y Paisaje Urbano</w:t>
            </w:r>
          </w:p>
        </w:tc>
      </w:tr>
      <w:tr w:rsidR="00A84F58" w:rsidRPr="004373D9" w14:paraId="1F26E089" w14:textId="77777777">
        <w:trPr>
          <w:jc w:val="center"/>
        </w:trPr>
        <w:tc>
          <w:tcPr>
            <w:tcW w:w="4986" w:type="dxa"/>
            <w:shd w:val="clear" w:color="auto" w:fill="D9EAF7"/>
            <w:tcMar>
              <w:top w:w="80" w:type="dxa"/>
              <w:left w:w="100" w:type="dxa"/>
              <w:bottom w:w="80" w:type="dxa"/>
              <w:right w:w="100" w:type="dxa"/>
            </w:tcMar>
            <w:vAlign w:val="center"/>
          </w:tcPr>
          <w:p w14:paraId="0825B0BE" w14:textId="77777777" w:rsidR="00A84F58" w:rsidRPr="00901944" w:rsidRDefault="00E23D8C">
            <w:pPr>
              <w:rPr>
                <w:rFonts w:ascii="DM Sans" w:hAnsi="DM Sans"/>
              </w:rPr>
            </w:pPr>
            <w:r w:rsidRPr="00901944">
              <w:rPr>
                <w:rFonts w:ascii="DM Sans" w:hAnsi="DM Sans"/>
                <w:b/>
                <w:sz w:val="17"/>
              </w:rPr>
              <w:t>TRÁMITE</w:t>
            </w:r>
          </w:p>
        </w:tc>
        <w:tc>
          <w:tcPr>
            <w:tcW w:w="4986" w:type="dxa"/>
            <w:shd w:val="clear" w:color="auto" w:fill="F7F7F7"/>
            <w:tcMar>
              <w:top w:w="80" w:type="dxa"/>
              <w:left w:w="100" w:type="dxa"/>
              <w:bottom w:w="80" w:type="dxa"/>
              <w:right w:w="100" w:type="dxa"/>
            </w:tcMar>
            <w:vAlign w:val="center"/>
          </w:tcPr>
          <w:p w14:paraId="28FA233F" w14:textId="77777777" w:rsidR="00A84F58" w:rsidRPr="00901944" w:rsidRDefault="00E23D8C">
            <w:pPr>
              <w:rPr>
                <w:rFonts w:ascii="DM Sans" w:hAnsi="DM Sans"/>
                <w:lang w:val="es-ES"/>
              </w:rPr>
            </w:pPr>
            <w:r w:rsidRPr="00901944">
              <w:rPr>
                <w:rFonts w:ascii="DM Sans" w:hAnsi="DM Sans"/>
                <w:lang w:val="es-ES"/>
              </w:rPr>
              <w:t>Aporte de documentación. Premio de Arte Público</w:t>
            </w:r>
          </w:p>
        </w:tc>
      </w:tr>
    </w:tbl>
    <w:p w14:paraId="3180A789" w14:textId="77777777" w:rsidR="00A84F58" w:rsidRPr="009D5E25" w:rsidRDefault="00E23D8C">
      <w:pPr>
        <w:pStyle w:val="Ttulo1"/>
        <w:rPr>
          <w:rFonts w:ascii="DM Sans" w:hAnsi="DM Sans"/>
          <w:lang w:val="es-ES"/>
        </w:rPr>
      </w:pPr>
      <w:r w:rsidRPr="009D5E25">
        <w:rPr>
          <w:rFonts w:ascii="DM Sans" w:hAnsi="DM Sans"/>
          <w:lang w:val="es-ES"/>
        </w:rPr>
        <w:t>1. Datos de la persona premiada</w:t>
      </w:r>
    </w:p>
    <w:tbl>
      <w:tblPr>
        <w:tblW w:w="0" w:type="auto"/>
        <w:jc w:val="center"/>
        <w:tblLayout w:type="fixed"/>
        <w:tblLook w:val="04A0" w:firstRow="1" w:lastRow="0" w:firstColumn="1" w:lastColumn="0" w:noHBand="0" w:noVBand="1"/>
      </w:tblPr>
      <w:tblGrid>
        <w:gridCol w:w="4986"/>
        <w:gridCol w:w="4986"/>
      </w:tblGrid>
      <w:tr w:rsidR="00A84F58" w:rsidRPr="00901944" w14:paraId="4CC9DD15" w14:textId="77777777">
        <w:trPr>
          <w:jc w:val="center"/>
        </w:trPr>
        <w:tc>
          <w:tcPr>
            <w:tcW w:w="4986" w:type="dxa"/>
            <w:shd w:val="clear" w:color="auto" w:fill="D9EAF7"/>
            <w:tcMar>
              <w:top w:w="80" w:type="dxa"/>
              <w:left w:w="100" w:type="dxa"/>
              <w:bottom w:w="80" w:type="dxa"/>
              <w:right w:w="100" w:type="dxa"/>
            </w:tcMar>
          </w:tcPr>
          <w:p w14:paraId="2FA7FC5A" w14:textId="77777777" w:rsidR="00A84F58" w:rsidRPr="00901944" w:rsidRDefault="00E23D8C">
            <w:pPr>
              <w:rPr>
                <w:rFonts w:ascii="DM Sans" w:hAnsi="DM Sans"/>
                <w:lang w:val="es-ES"/>
              </w:rPr>
            </w:pPr>
            <w:r w:rsidRPr="00901944">
              <w:rPr>
                <w:rFonts w:ascii="DM Sans" w:hAnsi="DM Sans"/>
                <w:b/>
                <w:sz w:val="18"/>
                <w:lang w:val="es-ES"/>
              </w:rPr>
              <w:t>Nombre y apellidos o razón social</w:t>
            </w:r>
          </w:p>
        </w:tc>
        <w:tc>
          <w:tcPr>
            <w:tcW w:w="4986" w:type="dxa"/>
            <w:shd w:val="clear" w:color="auto" w:fill="F3F6F8"/>
            <w:tcMar>
              <w:top w:w="80" w:type="dxa"/>
              <w:left w:w="100" w:type="dxa"/>
              <w:bottom w:w="80" w:type="dxa"/>
              <w:right w:w="100" w:type="dxa"/>
            </w:tcMar>
          </w:tcPr>
          <w:p w14:paraId="5A88CA68" w14:textId="77777777" w:rsidR="00A84F58" w:rsidRPr="00901944" w:rsidRDefault="00E23D8C">
            <w:pPr>
              <w:rPr>
                <w:rFonts w:ascii="DM Sans" w:hAnsi="DM Sans"/>
              </w:rPr>
            </w:pPr>
            <w:r w:rsidRPr="00901944">
              <w:rPr>
                <w:rFonts w:ascii="DM Sans" w:hAnsi="DM Sans"/>
                <w:i/>
                <w:color w:val="595959"/>
              </w:rPr>
              <w:t>[</w:t>
            </w:r>
            <w:proofErr w:type="spellStart"/>
            <w:r w:rsidRPr="00901944">
              <w:rPr>
                <w:rFonts w:ascii="DM Sans" w:hAnsi="DM Sans"/>
                <w:i/>
                <w:color w:val="595959"/>
              </w:rPr>
              <w:t>Cumplimentar</w:t>
            </w:r>
            <w:proofErr w:type="spellEnd"/>
            <w:r w:rsidRPr="00901944">
              <w:rPr>
                <w:rFonts w:ascii="DM Sans" w:hAnsi="DM Sans"/>
                <w:i/>
                <w:color w:val="595959"/>
              </w:rPr>
              <w:t>]</w:t>
            </w:r>
          </w:p>
        </w:tc>
      </w:tr>
    </w:tbl>
    <w:p w14:paraId="77335EA5" w14:textId="77777777" w:rsidR="00A84F58" w:rsidRPr="00901944" w:rsidRDefault="00A84F58">
      <w:pPr>
        <w:spacing w:after="0"/>
        <w:rPr>
          <w:rFonts w:ascii="DM Sans" w:hAnsi="DM Sans"/>
        </w:rPr>
      </w:pPr>
    </w:p>
    <w:tbl>
      <w:tblPr>
        <w:tblW w:w="0" w:type="auto"/>
        <w:jc w:val="center"/>
        <w:tblLayout w:type="fixed"/>
        <w:tblLook w:val="04A0" w:firstRow="1" w:lastRow="0" w:firstColumn="1" w:lastColumn="0" w:noHBand="0" w:noVBand="1"/>
      </w:tblPr>
      <w:tblGrid>
        <w:gridCol w:w="4986"/>
        <w:gridCol w:w="4986"/>
      </w:tblGrid>
      <w:tr w:rsidR="00A84F58" w:rsidRPr="00901944" w14:paraId="65F5E1B4" w14:textId="77777777">
        <w:trPr>
          <w:jc w:val="center"/>
        </w:trPr>
        <w:tc>
          <w:tcPr>
            <w:tcW w:w="4986" w:type="dxa"/>
            <w:shd w:val="clear" w:color="auto" w:fill="D9EAF7"/>
            <w:tcMar>
              <w:top w:w="80" w:type="dxa"/>
              <w:left w:w="100" w:type="dxa"/>
              <w:bottom w:w="80" w:type="dxa"/>
              <w:right w:w="100" w:type="dxa"/>
            </w:tcMar>
          </w:tcPr>
          <w:p w14:paraId="08C2CEFD" w14:textId="77777777" w:rsidR="00A84F58" w:rsidRPr="00901944" w:rsidRDefault="00E23D8C">
            <w:pPr>
              <w:rPr>
                <w:rFonts w:ascii="DM Sans" w:hAnsi="DM Sans"/>
              </w:rPr>
            </w:pPr>
            <w:r w:rsidRPr="00901944">
              <w:rPr>
                <w:rFonts w:ascii="DM Sans" w:hAnsi="DM Sans"/>
                <w:b/>
                <w:sz w:val="18"/>
              </w:rPr>
              <w:t>NIF/NIE</w:t>
            </w:r>
          </w:p>
        </w:tc>
        <w:tc>
          <w:tcPr>
            <w:tcW w:w="4986" w:type="dxa"/>
            <w:shd w:val="clear" w:color="auto" w:fill="F3F6F8"/>
            <w:tcMar>
              <w:top w:w="80" w:type="dxa"/>
              <w:left w:w="100" w:type="dxa"/>
              <w:bottom w:w="80" w:type="dxa"/>
              <w:right w:w="100" w:type="dxa"/>
            </w:tcMar>
          </w:tcPr>
          <w:p w14:paraId="348B7AE1" w14:textId="77777777" w:rsidR="00A84F58" w:rsidRPr="00901944" w:rsidRDefault="00E23D8C">
            <w:pPr>
              <w:rPr>
                <w:rFonts w:ascii="DM Sans" w:hAnsi="DM Sans"/>
              </w:rPr>
            </w:pPr>
            <w:r w:rsidRPr="00901944">
              <w:rPr>
                <w:rFonts w:ascii="DM Sans" w:hAnsi="DM Sans"/>
                <w:i/>
                <w:color w:val="595959"/>
              </w:rPr>
              <w:t>[</w:t>
            </w:r>
            <w:proofErr w:type="spellStart"/>
            <w:r w:rsidRPr="00901944">
              <w:rPr>
                <w:rFonts w:ascii="DM Sans" w:hAnsi="DM Sans"/>
                <w:i/>
                <w:color w:val="595959"/>
              </w:rPr>
              <w:t>Cumplimentar</w:t>
            </w:r>
            <w:proofErr w:type="spellEnd"/>
            <w:r w:rsidRPr="00901944">
              <w:rPr>
                <w:rFonts w:ascii="DM Sans" w:hAnsi="DM Sans"/>
                <w:i/>
                <w:color w:val="595959"/>
              </w:rPr>
              <w:t>]</w:t>
            </w:r>
          </w:p>
        </w:tc>
      </w:tr>
    </w:tbl>
    <w:p w14:paraId="24E099AC" w14:textId="77777777" w:rsidR="00A84F58" w:rsidRPr="00901944" w:rsidRDefault="00A84F58">
      <w:pPr>
        <w:spacing w:after="0"/>
        <w:rPr>
          <w:rFonts w:ascii="DM Sans" w:hAnsi="DM Sans"/>
        </w:rPr>
      </w:pPr>
    </w:p>
    <w:tbl>
      <w:tblPr>
        <w:tblW w:w="0" w:type="auto"/>
        <w:jc w:val="center"/>
        <w:tblLayout w:type="fixed"/>
        <w:tblLook w:val="04A0" w:firstRow="1" w:lastRow="0" w:firstColumn="1" w:lastColumn="0" w:noHBand="0" w:noVBand="1"/>
      </w:tblPr>
      <w:tblGrid>
        <w:gridCol w:w="4986"/>
        <w:gridCol w:w="4986"/>
      </w:tblGrid>
      <w:tr w:rsidR="00A84F58" w:rsidRPr="00901944" w14:paraId="436E9E4D" w14:textId="77777777">
        <w:trPr>
          <w:jc w:val="center"/>
        </w:trPr>
        <w:tc>
          <w:tcPr>
            <w:tcW w:w="4986" w:type="dxa"/>
            <w:shd w:val="clear" w:color="auto" w:fill="D9EAF7"/>
            <w:tcMar>
              <w:top w:w="80" w:type="dxa"/>
              <w:left w:w="100" w:type="dxa"/>
              <w:bottom w:w="80" w:type="dxa"/>
              <w:right w:w="100" w:type="dxa"/>
            </w:tcMar>
          </w:tcPr>
          <w:p w14:paraId="577428CF" w14:textId="77777777" w:rsidR="00A84F58" w:rsidRPr="00901944" w:rsidRDefault="00E23D8C">
            <w:pPr>
              <w:rPr>
                <w:rFonts w:ascii="DM Sans" w:hAnsi="DM Sans"/>
              </w:rPr>
            </w:pPr>
            <w:proofErr w:type="spellStart"/>
            <w:r w:rsidRPr="00901944">
              <w:rPr>
                <w:rFonts w:ascii="DM Sans" w:hAnsi="DM Sans"/>
                <w:b/>
                <w:sz w:val="18"/>
              </w:rPr>
              <w:t>Domicilio</w:t>
            </w:r>
            <w:proofErr w:type="spellEnd"/>
          </w:p>
        </w:tc>
        <w:tc>
          <w:tcPr>
            <w:tcW w:w="4986" w:type="dxa"/>
            <w:shd w:val="clear" w:color="auto" w:fill="F3F6F8"/>
            <w:tcMar>
              <w:top w:w="80" w:type="dxa"/>
              <w:left w:w="100" w:type="dxa"/>
              <w:bottom w:w="80" w:type="dxa"/>
              <w:right w:w="100" w:type="dxa"/>
            </w:tcMar>
          </w:tcPr>
          <w:p w14:paraId="1E4E786D" w14:textId="77777777" w:rsidR="00A84F58" w:rsidRPr="00901944" w:rsidRDefault="00E23D8C">
            <w:pPr>
              <w:rPr>
                <w:rFonts w:ascii="DM Sans" w:hAnsi="DM Sans"/>
              </w:rPr>
            </w:pPr>
            <w:r w:rsidRPr="00901944">
              <w:rPr>
                <w:rFonts w:ascii="DM Sans" w:hAnsi="DM Sans"/>
                <w:i/>
                <w:color w:val="595959"/>
              </w:rPr>
              <w:t>[</w:t>
            </w:r>
            <w:proofErr w:type="spellStart"/>
            <w:r w:rsidRPr="00901944">
              <w:rPr>
                <w:rFonts w:ascii="DM Sans" w:hAnsi="DM Sans"/>
                <w:i/>
                <w:color w:val="595959"/>
              </w:rPr>
              <w:t>Cumplimentar</w:t>
            </w:r>
            <w:proofErr w:type="spellEnd"/>
            <w:r w:rsidRPr="00901944">
              <w:rPr>
                <w:rFonts w:ascii="DM Sans" w:hAnsi="DM Sans"/>
                <w:i/>
                <w:color w:val="595959"/>
              </w:rPr>
              <w:t>]</w:t>
            </w:r>
          </w:p>
        </w:tc>
      </w:tr>
    </w:tbl>
    <w:p w14:paraId="05BBCC5D" w14:textId="77777777" w:rsidR="00A84F58" w:rsidRPr="00901944" w:rsidRDefault="00A84F58">
      <w:pPr>
        <w:spacing w:after="0"/>
        <w:rPr>
          <w:rFonts w:ascii="DM Sans" w:hAnsi="DM Sans"/>
        </w:rPr>
      </w:pPr>
    </w:p>
    <w:tbl>
      <w:tblPr>
        <w:tblW w:w="0" w:type="auto"/>
        <w:jc w:val="center"/>
        <w:tblLayout w:type="fixed"/>
        <w:tblLook w:val="04A0" w:firstRow="1" w:lastRow="0" w:firstColumn="1" w:lastColumn="0" w:noHBand="0" w:noVBand="1"/>
      </w:tblPr>
      <w:tblGrid>
        <w:gridCol w:w="4986"/>
        <w:gridCol w:w="4986"/>
      </w:tblGrid>
      <w:tr w:rsidR="00A84F58" w:rsidRPr="00901944" w14:paraId="2F15538F" w14:textId="77777777">
        <w:trPr>
          <w:jc w:val="center"/>
        </w:trPr>
        <w:tc>
          <w:tcPr>
            <w:tcW w:w="4986" w:type="dxa"/>
            <w:shd w:val="clear" w:color="auto" w:fill="D9EAF7"/>
            <w:tcMar>
              <w:top w:w="80" w:type="dxa"/>
              <w:left w:w="100" w:type="dxa"/>
              <w:bottom w:w="80" w:type="dxa"/>
              <w:right w:w="100" w:type="dxa"/>
            </w:tcMar>
          </w:tcPr>
          <w:p w14:paraId="109BBDD7" w14:textId="77777777" w:rsidR="00A84F58" w:rsidRPr="00901944" w:rsidRDefault="00E23D8C">
            <w:pPr>
              <w:rPr>
                <w:rFonts w:ascii="DM Sans" w:hAnsi="DM Sans"/>
              </w:rPr>
            </w:pPr>
            <w:r w:rsidRPr="00901944">
              <w:rPr>
                <w:rFonts w:ascii="DM Sans" w:hAnsi="DM Sans"/>
                <w:b/>
                <w:sz w:val="18"/>
              </w:rPr>
              <w:t>Código postal y municipio</w:t>
            </w:r>
          </w:p>
        </w:tc>
        <w:tc>
          <w:tcPr>
            <w:tcW w:w="4986" w:type="dxa"/>
            <w:shd w:val="clear" w:color="auto" w:fill="F3F6F8"/>
            <w:tcMar>
              <w:top w:w="80" w:type="dxa"/>
              <w:left w:w="100" w:type="dxa"/>
              <w:bottom w:w="80" w:type="dxa"/>
              <w:right w:w="100" w:type="dxa"/>
            </w:tcMar>
          </w:tcPr>
          <w:p w14:paraId="41CEA178" w14:textId="77777777" w:rsidR="00A84F58" w:rsidRPr="00901944" w:rsidRDefault="00E23D8C">
            <w:pPr>
              <w:rPr>
                <w:rFonts w:ascii="DM Sans" w:hAnsi="DM Sans"/>
              </w:rPr>
            </w:pPr>
            <w:r w:rsidRPr="00901944">
              <w:rPr>
                <w:rFonts w:ascii="DM Sans" w:hAnsi="DM Sans"/>
                <w:i/>
                <w:color w:val="595959"/>
              </w:rPr>
              <w:t>[</w:t>
            </w:r>
            <w:proofErr w:type="spellStart"/>
            <w:r w:rsidRPr="00901944">
              <w:rPr>
                <w:rFonts w:ascii="DM Sans" w:hAnsi="DM Sans"/>
                <w:i/>
                <w:color w:val="595959"/>
              </w:rPr>
              <w:t>Cumplimentar</w:t>
            </w:r>
            <w:proofErr w:type="spellEnd"/>
            <w:r w:rsidRPr="00901944">
              <w:rPr>
                <w:rFonts w:ascii="DM Sans" w:hAnsi="DM Sans"/>
                <w:i/>
                <w:color w:val="595959"/>
              </w:rPr>
              <w:t>]</w:t>
            </w:r>
          </w:p>
        </w:tc>
      </w:tr>
    </w:tbl>
    <w:p w14:paraId="60335C0E" w14:textId="77777777" w:rsidR="00A84F58" w:rsidRPr="00901944" w:rsidRDefault="00A84F58">
      <w:pPr>
        <w:spacing w:after="0"/>
        <w:rPr>
          <w:rFonts w:ascii="DM Sans" w:hAnsi="DM Sans"/>
        </w:rPr>
      </w:pPr>
    </w:p>
    <w:tbl>
      <w:tblPr>
        <w:tblW w:w="0" w:type="auto"/>
        <w:jc w:val="center"/>
        <w:tblLayout w:type="fixed"/>
        <w:tblLook w:val="04A0" w:firstRow="1" w:lastRow="0" w:firstColumn="1" w:lastColumn="0" w:noHBand="0" w:noVBand="1"/>
      </w:tblPr>
      <w:tblGrid>
        <w:gridCol w:w="4986"/>
        <w:gridCol w:w="4986"/>
      </w:tblGrid>
      <w:tr w:rsidR="00A84F58" w:rsidRPr="00901944" w14:paraId="75B3E2DA" w14:textId="77777777">
        <w:trPr>
          <w:jc w:val="center"/>
        </w:trPr>
        <w:tc>
          <w:tcPr>
            <w:tcW w:w="4986" w:type="dxa"/>
            <w:shd w:val="clear" w:color="auto" w:fill="D9EAF7"/>
            <w:tcMar>
              <w:top w:w="80" w:type="dxa"/>
              <w:left w:w="100" w:type="dxa"/>
              <w:bottom w:w="80" w:type="dxa"/>
              <w:right w:w="100" w:type="dxa"/>
            </w:tcMar>
          </w:tcPr>
          <w:p w14:paraId="2D5F6D63" w14:textId="77777777" w:rsidR="00A84F58" w:rsidRPr="00901944" w:rsidRDefault="00E23D8C">
            <w:pPr>
              <w:rPr>
                <w:rFonts w:ascii="DM Sans" w:hAnsi="DM Sans"/>
              </w:rPr>
            </w:pPr>
            <w:proofErr w:type="spellStart"/>
            <w:r w:rsidRPr="00901944">
              <w:rPr>
                <w:rFonts w:ascii="DM Sans" w:hAnsi="DM Sans"/>
                <w:b/>
                <w:sz w:val="18"/>
              </w:rPr>
              <w:t>Teléfono</w:t>
            </w:r>
            <w:proofErr w:type="spellEnd"/>
          </w:p>
        </w:tc>
        <w:tc>
          <w:tcPr>
            <w:tcW w:w="4986" w:type="dxa"/>
            <w:shd w:val="clear" w:color="auto" w:fill="F3F6F8"/>
            <w:tcMar>
              <w:top w:w="80" w:type="dxa"/>
              <w:left w:w="100" w:type="dxa"/>
              <w:bottom w:w="80" w:type="dxa"/>
              <w:right w:w="100" w:type="dxa"/>
            </w:tcMar>
          </w:tcPr>
          <w:p w14:paraId="40F442CF" w14:textId="77777777" w:rsidR="00A84F58" w:rsidRPr="00901944" w:rsidRDefault="00E23D8C">
            <w:pPr>
              <w:rPr>
                <w:rFonts w:ascii="DM Sans" w:hAnsi="DM Sans"/>
              </w:rPr>
            </w:pPr>
            <w:r w:rsidRPr="00901944">
              <w:rPr>
                <w:rFonts w:ascii="DM Sans" w:hAnsi="DM Sans"/>
                <w:i/>
                <w:color w:val="595959"/>
              </w:rPr>
              <w:t>[</w:t>
            </w:r>
            <w:proofErr w:type="spellStart"/>
            <w:r w:rsidRPr="00901944">
              <w:rPr>
                <w:rFonts w:ascii="DM Sans" w:hAnsi="DM Sans"/>
                <w:i/>
                <w:color w:val="595959"/>
              </w:rPr>
              <w:t>Cumplimentar</w:t>
            </w:r>
            <w:proofErr w:type="spellEnd"/>
            <w:r w:rsidRPr="00901944">
              <w:rPr>
                <w:rFonts w:ascii="DM Sans" w:hAnsi="DM Sans"/>
                <w:i/>
                <w:color w:val="595959"/>
              </w:rPr>
              <w:t>]</w:t>
            </w:r>
          </w:p>
        </w:tc>
      </w:tr>
    </w:tbl>
    <w:p w14:paraId="1112B55E" w14:textId="77777777" w:rsidR="00A84F58" w:rsidRPr="00901944" w:rsidRDefault="00A84F58">
      <w:pPr>
        <w:spacing w:after="0"/>
        <w:rPr>
          <w:rFonts w:ascii="DM Sans" w:hAnsi="DM Sans"/>
        </w:rPr>
      </w:pPr>
    </w:p>
    <w:tbl>
      <w:tblPr>
        <w:tblW w:w="0" w:type="auto"/>
        <w:jc w:val="center"/>
        <w:tblLayout w:type="fixed"/>
        <w:tblLook w:val="04A0" w:firstRow="1" w:lastRow="0" w:firstColumn="1" w:lastColumn="0" w:noHBand="0" w:noVBand="1"/>
      </w:tblPr>
      <w:tblGrid>
        <w:gridCol w:w="4986"/>
        <w:gridCol w:w="4986"/>
      </w:tblGrid>
      <w:tr w:rsidR="00A84F58" w:rsidRPr="00901944" w14:paraId="7D502516" w14:textId="77777777">
        <w:trPr>
          <w:jc w:val="center"/>
        </w:trPr>
        <w:tc>
          <w:tcPr>
            <w:tcW w:w="4986" w:type="dxa"/>
            <w:shd w:val="clear" w:color="auto" w:fill="D9EAF7"/>
            <w:tcMar>
              <w:top w:w="80" w:type="dxa"/>
              <w:left w:w="100" w:type="dxa"/>
              <w:bottom w:w="80" w:type="dxa"/>
              <w:right w:w="100" w:type="dxa"/>
            </w:tcMar>
          </w:tcPr>
          <w:p w14:paraId="15C4877B" w14:textId="77777777" w:rsidR="00A84F58" w:rsidRPr="00901944" w:rsidRDefault="00E23D8C">
            <w:pPr>
              <w:rPr>
                <w:rFonts w:ascii="DM Sans" w:hAnsi="DM Sans"/>
              </w:rPr>
            </w:pPr>
            <w:r w:rsidRPr="00901944">
              <w:rPr>
                <w:rFonts w:ascii="DM Sans" w:hAnsi="DM Sans"/>
                <w:b/>
                <w:sz w:val="18"/>
              </w:rPr>
              <w:t xml:space="preserve">Correo </w:t>
            </w:r>
            <w:proofErr w:type="spellStart"/>
            <w:r w:rsidRPr="00901944">
              <w:rPr>
                <w:rFonts w:ascii="DM Sans" w:hAnsi="DM Sans"/>
                <w:b/>
                <w:sz w:val="18"/>
              </w:rPr>
              <w:t>electrónico</w:t>
            </w:r>
            <w:proofErr w:type="spellEnd"/>
          </w:p>
        </w:tc>
        <w:tc>
          <w:tcPr>
            <w:tcW w:w="4986" w:type="dxa"/>
            <w:shd w:val="clear" w:color="auto" w:fill="F3F6F8"/>
            <w:tcMar>
              <w:top w:w="80" w:type="dxa"/>
              <w:left w:w="100" w:type="dxa"/>
              <w:bottom w:w="80" w:type="dxa"/>
              <w:right w:w="100" w:type="dxa"/>
            </w:tcMar>
          </w:tcPr>
          <w:p w14:paraId="2F8E333B" w14:textId="77777777" w:rsidR="00A84F58" w:rsidRPr="00901944" w:rsidRDefault="00E23D8C">
            <w:pPr>
              <w:rPr>
                <w:rFonts w:ascii="DM Sans" w:hAnsi="DM Sans"/>
              </w:rPr>
            </w:pPr>
            <w:r w:rsidRPr="00901944">
              <w:rPr>
                <w:rFonts w:ascii="DM Sans" w:hAnsi="DM Sans"/>
                <w:i/>
                <w:color w:val="595959"/>
              </w:rPr>
              <w:t>[</w:t>
            </w:r>
            <w:proofErr w:type="spellStart"/>
            <w:r w:rsidRPr="00901944">
              <w:rPr>
                <w:rFonts w:ascii="DM Sans" w:hAnsi="DM Sans"/>
                <w:i/>
                <w:color w:val="595959"/>
              </w:rPr>
              <w:t>Cumplimentar</w:t>
            </w:r>
            <w:proofErr w:type="spellEnd"/>
            <w:r w:rsidRPr="00901944">
              <w:rPr>
                <w:rFonts w:ascii="DM Sans" w:hAnsi="DM Sans"/>
                <w:i/>
                <w:color w:val="595959"/>
              </w:rPr>
              <w:t>]</w:t>
            </w:r>
          </w:p>
        </w:tc>
      </w:tr>
    </w:tbl>
    <w:p w14:paraId="06ABC836" w14:textId="77777777" w:rsidR="00A84F58" w:rsidRPr="00901944" w:rsidRDefault="00A84F58">
      <w:pPr>
        <w:spacing w:after="0"/>
        <w:rPr>
          <w:rFonts w:ascii="DM Sans" w:hAnsi="DM Sans"/>
        </w:rPr>
      </w:pPr>
    </w:p>
    <w:p w14:paraId="072C85FB" w14:textId="77777777" w:rsidR="00A84F58" w:rsidRPr="00901944" w:rsidRDefault="00E23D8C">
      <w:pPr>
        <w:pStyle w:val="Ttulo1"/>
        <w:rPr>
          <w:rFonts w:ascii="DM Sans" w:hAnsi="DM Sans"/>
        </w:rPr>
      </w:pPr>
      <w:r w:rsidRPr="00901944">
        <w:rPr>
          <w:rFonts w:ascii="DM Sans" w:hAnsi="DM Sans"/>
        </w:rPr>
        <w:t xml:space="preserve">2. </w:t>
      </w:r>
      <w:proofErr w:type="spellStart"/>
      <w:r w:rsidRPr="00901944">
        <w:rPr>
          <w:rFonts w:ascii="DM Sans" w:hAnsi="DM Sans"/>
        </w:rPr>
        <w:t>Representación</w:t>
      </w:r>
      <w:proofErr w:type="spellEnd"/>
    </w:p>
    <w:p w14:paraId="521C90CD" w14:textId="77777777" w:rsidR="00A84F58" w:rsidRPr="00901944" w:rsidRDefault="00E23D8C">
      <w:pPr>
        <w:rPr>
          <w:rFonts w:ascii="DM Sans" w:hAnsi="DM Sans"/>
          <w:lang w:val="es-ES"/>
        </w:rPr>
      </w:pPr>
      <w:r w:rsidRPr="00901944">
        <w:rPr>
          <w:rFonts w:ascii="DM Sans" w:hAnsi="DM Sans"/>
          <w:i/>
          <w:lang w:val="es-ES"/>
        </w:rPr>
        <w:t>Cumplimentar únicamente cuando se actúe mediante representante.</w:t>
      </w:r>
    </w:p>
    <w:tbl>
      <w:tblPr>
        <w:tblW w:w="0" w:type="auto"/>
        <w:jc w:val="center"/>
        <w:tblLayout w:type="fixed"/>
        <w:tblLook w:val="04A0" w:firstRow="1" w:lastRow="0" w:firstColumn="1" w:lastColumn="0" w:noHBand="0" w:noVBand="1"/>
      </w:tblPr>
      <w:tblGrid>
        <w:gridCol w:w="4986"/>
        <w:gridCol w:w="4986"/>
      </w:tblGrid>
      <w:tr w:rsidR="00A84F58" w:rsidRPr="00901944" w14:paraId="1340EE48" w14:textId="77777777">
        <w:trPr>
          <w:jc w:val="center"/>
        </w:trPr>
        <w:tc>
          <w:tcPr>
            <w:tcW w:w="4986" w:type="dxa"/>
            <w:shd w:val="clear" w:color="auto" w:fill="D9EAF7"/>
            <w:tcMar>
              <w:top w:w="80" w:type="dxa"/>
              <w:left w:w="100" w:type="dxa"/>
              <w:bottom w:w="80" w:type="dxa"/>
              <w:right w:w="100" w:type="dxa"/>
            </w:tcMar>
          </w:tcPr>
          <w:p w14:paraId="2CEBDF2B" w14:textId="77777777" w:rsidR="00A84F58" w:rsidRPr="00901944" w:rsidRDefault="00E23D8C">
            <w:pPr>
              <w:rPr>
                <w:rFonts w:ascii="DM Sans" w:hAnsi="DM Sans"/>
                <w:lang w:val="es-ES"/>
              </w:rPr>
            </w:pPr>
            <w:r w:rsidRPr="00901944">
              <w:rPr>
                <w:rFonts w:ascii="DM Sans" w:hAnsi="DM Sans"/>
                <w:b/>
                <w:sz w:val="18"/>
                <w:lang w:val="es-ES"/>
              </w:rPr>
              <w:t>Nombre y apellidos de la persona representante</w:t>
            </w:r>
          </w:p>
        </w:tc>
        <w:tc>
          <w:tcPr>
            <w:tcW w:w="4986" w:type="dxa"/>
            <w:shd w:val="clear" w:color="auto" w:fill="F3F6F8"/>
            <w:tcMar>
              <w:top w:w="80" w:type="dxa"/>
              <w:left w:w="100" w:type="dxa"/>
              <w:bottom w:w="80" w:type="dxa"/>
              <w:right w:w="100" w:type="dxa"/>
            </w:tcMar>
          </w:tcPr>
          <w:p w14:paraId="6FDD2E2A" w14:textId="77777777" w:rsidR="00A84F58" w:rsidRPr="00901944" w:rsidRDefault="00E23D8C">
            <w:pPr>
              <w:rPr>
                <w:rFonts w:ascii="DM Sans" w:hAnsi="DM Sans"/>
              </w:rPr>
            </w:pPr>
            <w:r w:rsidRPr="00901944">
              <w:rPr>
                <w:rFonts w:ascii="DM Sans" w:hAnsi="DM Sans"/>
                <w:i/>
                <w:color w:val="595959"/>
              </w:rPr>
              <w:t>[</w:t>
            </w:r>
            <w:proofErr w:type="spellStart"/>
            <w:r w:rsidRPr="00901944">
              <w:rPr>
                <w:rFonts w:ascii="DM Sans" w:hAnsi="DM Sans"/>
                <w:i/>
                <w:color w:val="595959"/>
              </w:rPr>
              <w:t>Cumplimentar</w:t>
            </w:r>
            <w:proofErr w:type="spellEnd"/>
            <w:r w:rsidRPr="00901944">
              <w:rPr>
                <w:rFonts w:ascii="DM Sans" w:hAnsi="DM Sans"/>
                <w:i/>
                <w:color w:val="595959"/>
              </w:rPr>
              <w:t>]</w:t>
            </w:r>
          </w:p>
        </w:tc>
      </w:tr>
    </w:tbl>
    <w:p w14:paraId="3D01FEB9" w14:textId="77777777" w:rsidR="00A84F58" w:rsidRPr="00901944" w:rsidRDefault="00A84F58">
      <w:pPr>
        <w:spacing w:after="0"/>
        <w:rPr>
          <w:rFonts w:ascii="DM Sans" w:hAnsi="DM Sans"/>
        </w:rPr>
      </w:pPr>
    </w:p>
    <w:tbl>
      <w:tblPr>
        <w:tblW w:w="0" w:type="auto"/>
        <w:jc w:val="center"/>
        <w:tblLayout w:type="fixed"/>
        <w:tblLook w:val="04A0" w:firstRow="1" w:lastRow="0" w:firstColumn="1" w:lastColumn="0" w:noHBand="0" w:noVBand="1"/>
      </w:tblPr>
      <w:tblGrid>
        <w:gridCol w:w="4986"/>
        <w:gridCol w:w="4986"/>
      </w:tblGrid>
      <w:tr w:rsidR="00A84F58" w:rsidRPr="00901944" w14:paraId="5C31EBC6" w14:textId="77777777">
        <w:trPr>
          <w:jc w:val="center"/>
        </w:trPr>
        <w:tc>
          <w:tcPr>
            <w:tcW w:w="4986" w:type="dxa"/>
            <w:shd w:val="clear" w:color="auto" w:fill="D9EAF7"/>
            <w:tcMar>
              <w:top w:w="80" w:type="dxa"/>
              <w:left w:w="100" w:type="dxa"/>
              <w:bottom w:w="80" w:type="dxa"/>
              <w:right w:w="100" w:type="dxa"/>
            </w:tcMar>
          </w:tcPr>
          <w:p w14:paraId="1095CC63" w14:textId="77777777" w:rsidR="00A84F58" w:rsidRPr="00901944" w:rsidRDefault="00E23D8C">
            <w:pPr>
              <w:rPr>
                <w:rFonts w:ascii="DM Sans" w:hAnsi="DM Sans"/>
              </w:rPr>
            </w:pPr>
            <w:r w:rsidRPr="00901944">
              <w:rPr>
                <w:rFonts w:ascii="DM Sans" w:hAnsi="DM Sans"/>
                <w:b/>
                <w:sz w:val="18"/>
              </w:rPr>
              <w:t>NIF/NIE</w:t>
            </w:r>
          </w:p>
        </w:tc>
        <w:tc>
          <w:tcPr>
            <w:tcW w:w="4986" w:type="dxa"/>
            <w:shd w:val="clear" w:color="auto" w:fill="F3F6F8"/>
            <w:tcMar>
              <w:top w:w="80" w:type="dxa"/>
              <w:left w:w="100" w:type="dxa"/>
              <w:bottom w:w="80" w:type="dxa"/>
              <w:right w:w="100" w:type="dxa"/>
            </w:tcMar>
          </w:tcPr>
          <w:p w14:paraId="5DCEA8E3" w14:textId="77777777" w:rsidR="00A84F58" w:rsidRPr="00901944" w:rsidRDefault="00E23D8C">
            <w:pPr>
              <w:rPr>
                <w:rFonts w:ascii="DM Sans" w:hAnsi="DM Sans"/>
              </w:rPr>
            </w:pPr>
            <w:r w:rsidRPr="00901944">
              <w:rPr>
                <w:rFonts w:ascii="DM Sans" w:hAnsi="DM Sans"/>
                <w:i/>
                <w:color w:val="595959"/>
              </w:rPr>
              <w:t>[</w:t>
            </w:r>
            <w:proofErr w:type="spellStart"/>
            <w:r w:rsidRPr="00901944">
              <w:rPr>
                <w:rFonts w:ascii="DM Sans" w:hAnsi="DM Sans"/>
                <w:i/>
                <w:color w:val="595959"/>
              </w:rPr>
              <w:t>Cumplimentar</w:t>
            </w:r>
            <w:proofErr w:type="spellEnd"/>
            <w:r w:rsidRPr="00901944">
              <w:rPr>
                <w:rFonts w:ascii="DM Sans" w:hAnsi="DM Sans"/>
                <w:i/>
                <w:color w:val="595959"/>
              </w:rPr>
              <w:t>]</w:t>
            </w:r>
          </w:p>
        </w:tc>
      </w:tr>
    </w:tbl>
    <w:p w14:paraId="022EE692" w14:textId="77777777" w:rsidR="00A84F58" w:rsidRPr="00901944" w:rsidRDefault="00A84F58">
      <w:pPr>
        <w:spacing w:after="0"/>
        <w:rPr>
          <w:rFonts w:ascii="DM Sans" w:hAnsi="DM Sans"/>
        </w:rPr>
      </w:pPr>
    </w:p>
    <w:tbl>
      <w:tblPr>
        <w:tblW w:w="0" w:type="auto"/>
        <w:jc w:val="center"/>
        <w:tblLayout w:type="fixed"/>
        <w:tblLook w:val="04A0" w:firstRow="1" w:lastRow="0" w:firstColumn="1" w:lastColumn="0" w:noHBand="0" w:noVBand="1"/>
      </w:tblPr>
      <w:tblGrid>
        <w:gridCol w:w="4986"/>
        <w:gridCol w:w="4986"/>
      </w:tblGrid>
      <w:tr w:rsidR="00A84F58" w:rsidRPr="00901944" w14:paraId="1D583752" w14:textId="77777777">
        <w:trPr>
          <w:jc w:val="center"/>
        </w:trPr>
        <w:tc>
          <w:tcPr>
            <w:tcW w:w="4986" w:type="dxa"/>
            <w:shd w:val="clear" w:color="auto" w:fill="D9EAF7"/>
            <w:tcMar>
              <w:top w:w="80" w:type="dxa"/>
              <w:left w:w="100" w:type="dxa"/>
              <w:bottom w:w="80" w:type="dxa"/>
              <w:right w:w="100" w:type="dxa"/>
            </w:tcMar>
          </w:tcPr>
          <w:p w14:paraId="5C502822" w14:textId="77777777" w:rsidR="00A84F58" w:rsidRPr="00901944" w:rsidRDefault="00E23D8C">
            <w:pPr>
              <w:rPr>
                <w:rFonts w:ascii="DM Sans" w:hAnsi="DM Sans"/>
                <w:lang w:val="es-ES"/>
              </w:rPr>
            </w:pPr>
            <w:r w:rsidRPr="00901944">
              <w:rPr>
                <w:rFonts w:ascii="DM Sans" w:hAnsi="DM Sans"/>
                <w:b/>
                <w:sz w:val="18"/>
                <w:lang w:val="es-ES"/>
              </w:rPr>
              <w:t>Cargo o condición en la que actúa</w:t>
            </w:r>
          </w:p>
        </w:tc>
        <w:tc>
          <w:tcPr>
            <w:tcW w:w="4986" w:type="dxa"/>
            <w:shd w:val="clear" w:color="auto" w:fill="F3F6F8"/>
            <w:tcMar>
              <w:top w:w="80" w:type="dxa"/>
              <w:left w:w="100" w:type="dxa"/>
              <w:bottom w:w="80" w:type="dxa"/>
              <w:right w:w="100" w:type="dxa"/>
            </w:tcMar>
          </w:tcPr>
          <w:p w14:paraId="0A2089EE" w14:textId="77777777" w:rsidR="00A84F58" w:rsidRPr="00901944" w:rsidRDefault="00E23D8C">
            <w:pPr>
              <w:rPr>
                <w:rFonts w:ascii="DM Sans" w:hAnsi="DM Sans"/>
              </w:rPr>
            </w:pPr>
            <w:r w:rsidRPr="00901944">
              <w:rPr>
                <w:rFonts w:ascii="DM Sans" w:hAnsi="DM Sans"/>
                <w:i/>
                <w:color w:val="595959"/>
              </w:rPr>
              <w:t>[</w:t>
            </w:r>
            <w:proofErr w:type="spellStart"/>
            <w:r w:rsidRPr="00901944">
              <w:rPr>
                <w:rFonts w:ascii="DM Sans" w:hAnsi="DM Sans"/>
                <w:i/>
                <w:color w:val="595959"/>
              </w:rPr>
              <w:t>Cumplimentar</w:t>
            </w:r>
            <w:proofErr w:type="spellEnd"/>
            <w:r w:rsidRPr="00901944">
              <w:rPr>
                <w:rFonts w:ascii="DM Sans" w:hAnsi="DM Sans"/>
                <w:i/>
                <w:color w:val="595959"/>
              </w:rPr>
              <w:t>]</w:t>
            </w:r>
          </w:p>
        </w:tc>
      </w:tr>
    </w:tbl>
    <w:p w14:paraId="5C4EFFAE" w14:textId="77777777" w:rsidR="00A84F58" w:rsidRPr="00901944" w:rsidRDefault="00A84F58">
      <w:pPr>
        <w:spacing w:after="0"/>
        <w:rPr>
          <w:rFonts w:ascii="DM Sans" w:hAnsi="DM Sans"/>
        </w:rPr>
      </w:pPr>
    </w:p>
    <w:tbl>
      <w:tblPr>
        <w:tblW w:w="0" w:type="auto"/>
        <w:jc w:val="center"/>
        <w:tblLayout w:type="fixed"/>
        <w:tblLook w:val="04A0" w:firstRow="1" w:lastRow="0" w:firstColumn="1" w:lastColumn="0" w:noHBand="0" w:noVBand="1"/>
      </w:tblPr>
      <w:tblGrid>
        <w:gridCol w:w="4986"/>
        <w:gridCol w:w="4986"/>
      </w:tblGrid>
      <w:tr w:rsidR="00A84F58" w:rsidRPr="00901944" w14:paraId="6C3C3900" w14:textId="77777777">
        <w:trPr>
          <w:jc w:val="center"/>
        </w:trPr>
        <w:tc>
          <w:tcPr>
            <w:tcW w:w="4986" w:type="dxa"/>
            <w:shd w:val="clear" w:color="auto" w:fill="D9EAF7"/>
            <w:tcMar>
              <w:top w:w="80" w:type="dxa"/>
              <w:left w:w="100" w:type="dxa"/>
              <w:bottom w:w="80" w:type="dxa"/>
              <w:right w:w="100" w:type="dxa"/>
            </w:tcMar>
          </w:tcPr>
          <w:p w14:paraId="5DB3AD92" w14:textId="77777777" w:rsidR="00A84F58" w:rsidRPr="00901944" w:rsidRDefault="00E23D8C">
            <w:pPr>
              <w:rPr>
                <w:rFonts w:ascii="DM Sans" w:hAnsi="DM Sans"/>
                <w:lang w:val="es-ES"/>
              </w:rPr>
            </w:pPr>
            <w:r w:rsidRPr="00901944">
              <w:rPr>
                <w:rFonts w:ascii="DM Sans" w:hAnsi="DM Sans"/>
                <w:b/>
                <w:sz w:val="18"/>
                <w:lang w:val="es-ES"/>
              </w:rPr>
              <w:lastRenderedPageBreak/>
              <w:t>Documento acreditativo de la representación</w:t>
            </w:r>
          </w:p>
        </w:tc>
        <w:tc>
          <w:tcPr>
            <w:tcW w:w="4986" w:type="dxa"/>
            <w:shd w:val="clear" w:color="auto" w:fill="F3F6F8"/>
            <w:tcMar>
              <w:top w:w="80" w:type="dxa"/>
              <w:left w:w="100" w:type="dxa"/>
              <w:bottom w:w="80" w:type="dxa"/>
              <w:right w:w="100" w:type="dxa"/>
            </w:tcMar>
          </w:tcPr>
          <w:p w14:paraId="5116A170" w14:textId="77777777" w:rsidR="00A84F58" w:rsidRPr="00901944" w:rsidRDefault="00E23D8C">
            <w:pPr>
              <w:rPr>
                <w:rFonts w:ascii="DM Sans" w:hAnsi="DM Sans"/>
              </w:rPr>
            </w:pPr>
            <w:r w:rsidRPr="00901944">
              <w:rPr>
                <w:rFonts w:ascii="DM Sans" w:hAnsi="DM Sans"/>
                <w:i/>
                <w:color w:val="595959"/>
              </w:rPr>
              <w:t>[</w:t>
            </w:r>
            <w:proofErr w:type="spellStart"/>
            <w:r w:rsidRPr="00901944">
              <w:rPr>
                <w:rFonts w:ascii="DM Sans" w:hAnsi="DM Sans"/>
                <w:i/>
                <w:color w:val="595959"/>
              </w:rPr>
              <w:t>Cumplimentar</w:t>
            </w:r>
            <w:proofErr w:type="spellEnd"/>
            <w:r w:rsidRPr="00901944">
              <w:rPr>
                <w:rFonts w:ascii="DM Sans" w:hAnsi="DM Sans"/>
                <w:i/>
                <w:color w:val="595959"/>
              </w:rPr>
              <w:t>]</w:t>
            </w:r>
          </w:p>
        </w:tc>
      </w:tr>
    </w:tbl>
    <w:p w14:paraId="5D63A3BE" w14:textId="77777777" w:rsidR="00A84F58" w:rsidRPr="00901944" w:rsidRDefault="00A84F58">
      <w:pPr>
        <w:spacing w:after="0"/>
        <w:rPr>
          <w:rFonts w:ascii="DM Sans" w:hAnsi="DM Sans"/>
        </w:rPr>
      </w:pPr>
    </w:p>
    <w:p w14:paraId="528D9BD8" w14:textId="77777777" w:rsidR="00A84F58" w:rsidRPr="00901944" w:rsidRDefault="00E23D8C">
      <w:pPr>
        <w:pStyle w:val="Ttulo1"/>
        <w:rPr>
          <w:rFonts w:ascii="DM Sans" w:hAnsi="DM Sans"/>
        </w:rPr>
      </w:pPr>
      <w:r w:rsidRPr="00901944">
        <w:rPr>
          <w:rFonts w:ascii="DM Sans" w:hAnsi="DM Sans"/>
        </w:rPr>
        <w:t xml:space="preserve">3. </w:t>
      </w:r>
      <w:proofErr w:type="spellStart"/>
      <w:r w:rsidRPr="00901944">
        <w:rPr>
          <w:rFonts w:ascii="DM Sans" w:hAnsi="DM Sans"/>
        </w:rPr>
        <w:t>Propuesta</w:t>
      </w:r>
      <w:proofErr w:type="spellEnd"/>
      <w:r w:rsidRPr="00901944">
        <w:rPr>
          <w:rFonts w:ascii="DM Sans" w:hAnsi="DM Sans"/>
        </w:rPr>
        <w:t xml:space="preserve"> </w:t>
      </w:r>
      <w:proofErr w:type="spellStart"/>
      <w:r w:rsidRPr="00901944">
        <w:rPr>
          <w:rFonts w:ascii="DM Sans" w:hAnsi="DM Sans"/>
        </w:rPr>
        <w:t>premiada</w:t>
      </w:r>
      <w:proofErr w:type="spellEnd"/>
    </w:p>
    <w:tbl>
      <w:tblPr>
        <w:tblW w:w="0" w:type="auto"/>
        <w:jc w:val="center"/>
        <w:tblLayout w:type="fixed"/>
        <w:tblLook w:val="04A0" w:firstRow="1" w:lastRow="0" w:firstColumn="1" w:lastColumn="0" w:noHBand="0" w:noVBand="1"/>
      </w:tblPr>
      <w:tblGrid>
        <w:gridCol w:w="4986"/>
        <w:gridCol w:w="4986"/>
      </w:tblGrid>
      <w:tr w:rsidR="00A84F58" w:rsidRPr="00901944" w14:paraId="1B57C595" w14:textId="77777777">
        <w:trPr>
          <w:jc w:val="center"/>
        </w:trPr>
        <w:tc>
          <w:tcPr>
            <w:tcW w:w="4986" w:type="dxa"/>
            <w:shd w:val="clear" w:color="auto" w:fill="D9EAF7"/>
            <w:tcMar>
              <w:top w:w="80" w:type="dxa"/>
              <w:left w:w="100" w:type="dxa"/>
              <w:bottom w:w="80" w:type="dxa"/>
              <w:right w:w="100" w:type="dxa"/>
            </w:tcMar>
          </w:tcPr>
          <w:p w14:paraId="1DA095EC" w14:textId="77777777" w:rsidR="00A84F58" w:rsidRPr="00901944" w:rsidRDefault="00E23D8C">
            <w:pPr>
              <w:rPr>
                <w:rFonts w:ascii="DM Sans" w:hAnsi="DM Sans"/>
              </w:rPr>
            </w:pPr>
            <w:proofErr w:type="spellStart"/>
            <w:r w:rsidRPr="00901944">
              <w:rPr>
                <w:rFonts w:ascii="DM Sans" w:hAnsi="DM Sans"/>
                <w:b/>
                <w:sz w:val="18"/>
              </w:rPr>
              <w:t>Título</w:t>
            </w:r>
            <w:proofErr w:type="spellEnd"/>
            <w:r w:rsidRPr="00901944">
              <w:rPr>
                <w:rFonts w:ascii="DM Sans" w:hAnsi="DM Sans"/>
                <w:b/>
                <w:sz w:val="18"/>
              </w:rPr>
              <w:t xml:space="preserve"> de la </w:t>
            </w:r>
            <w:proofErr w:type="spellStart"/>
            <w:r w:rsidRPr="00901944">
              <w:rPr>
                <w:rFonts w:ascii="DM Sans" w:hAnsi="DM Sans"/>
                <w:b/>
                <w:sz w:val="18"/>
              </w:rPr>
              <w:t>propuesta</w:t>
            </w:r>
            <w:proofErr w:type="spellEnd"/>
          </w:p>
        </w:tc>
        <w:tc>
          <w:tcPr>
            <w:tcW w:w="4986" w:type="dxa"/>
            <w:shd w:val="clear" w:color="auto" w:fill="F3F6F8"/>
            <w:tcMar>
              <w:top w:w="80" w:type="dxa"/>
              <w:left w:w="100" w:type="dxa"/>
              <w:bottom w:w="80" w:type="dxa"/>
              <w:right w:w="100" w:type="dxa"/>
            </w:tcMar>
          </w:tcPr>
          <w:p w14:paraId="34A43A27" w14:textId="77777777" w:rsidR="00A84F58" w:rsidRPr="00901944" w:rsidRDefault="00E23D8C">
            <w:pPr>
              <w:rPr>
                <w:rFonts w:ascii="DM Sans" w:hAnsi="DM Sans"/>
              </w:rPr>
            </w:pPr>
            <w:r w:rsidRPr="00901944">
              <w:rPr>
                <w:rFonts w:ascii="DM Sans" w:hAnsi="DM Sans"/>
                <w:i/>
                <w:color w:val="595959"/>
              </w:rPr>
              <w:t>[</w:t>
            </w:r>
            <w:proofErr w:type="spellStart"/>
            <w:r w:rsidRPr="00901944">
              <w:rPr>
                <w:rFonts w:ascii="DM Sans" w:hAnsi="DM Sans"/>
                <w:i/>
                <w:color w:val="595959"/>
              </w:rPr>
              <w:t>Cumplimentar</w:t>
            </w:r>
            <w:proofErr w:type="spellEnd"/>
            <w:r w:rsidRPr="00901944">
              <w:rPr>
                <w:rFonts w:ascii="DM Sans" w:hAnsi="DM Sans"/>
                <w:i/>
                <w:color w:val="595959"/>
              </w:rPr>
              <w:t>]</w:t>
            </w:r>
          </w:p>
        </w:tc>
      </w:tr>
    </w:tbl>
    <w:p w14:paraId="1143AFB0" w14:textId="77777777" w:rsidR="00A84F58" w:rsidRPr="00901944" w:rsidRDefault="00A84F58">
      <w:pPr>
        <w:spacing w:after="0"/>
        <w:rPr>
          <w:rFonts w:ascii="DM Sans" w:hAnsi="DM Sans"/>
        </w:rPr>
      </w:pPr>
    </w:p>
    <w:p w14:paraId="6CB79C25" w14:textId="77777777" w:rsidR="00A84F58" w:rsidRPr="00901944" w:rsidRDefault="00E23D8C">
      <w:pPr>
        <w:ind w:left="113" w:hanging="113"/>
        <w:rPr>
          <w:rFonts w:ascii="DM Sans" w:hAnsi="DM Sans"/>
          <w:lang w:val="es-ES"/>
        </w:rPr>
      </w:pPr>
      <w:r w:rsidRPr="00901944">
        <w:rPr>
          <w:rFonts w:ascii="Segoe UI Symbol" w:hAnsi="Segoe UI Symbol" w:cs="Segoe UI Symbol"/>
          <w:lang w:val="es-ES"/>
        </w:rPr>
        <w:t>☐</w:t>
      </w:r>
      <w:r w:rsidRPr="00901944">
        <w:rPr>
          <w:rFonts w:ascii="DM Sans" w:hAnsi="DM Sans"/>
          <w:lang w:val="es-ES"/>
        </w:rPr>
        <w:t xml:space="preserve"> CEIP Alfonso X el Sabio.</w:t>
      </w:r>
    </w:p>
    <w:p w14:paraId="5AEE33E5" w14:textId="77777777" w:rsidR="00A84F58" w:rsidRPr="00901944" w:rsidRDefault="00E23D8C">
      <w:pPr>
        <w:ind w:left="113" w:hanging="113"/>
        <w:rPr>
          <w:rFonts w:ascii="DM Sans" w:hAnsi="DM Sans"/>
          <w:lang w:val="es-ES"/>
        </w:rPr>
      </w:pPr>
      <w:r w:rsidRPr="00901944">
        <w:rPr>
          <w:rFonts w:ascii="Segoe UI Symbol" w:hAnsi="Segoe UI Symbol" w:cs="Segoe UI Symbol"/>
          <w:lang w:val="es-ES"/>
        </w:rPr>
        <w:t>☐</w:t>
      </w:r>
      <w:r w:rsidRPr="00901944">
        <w:rPr>
          <w:rFonts w:ascii="DM Sans" w:hAnsi="DM Sans"/>
          <w:lang w:val="es-ES"/>
        </w:rPr>
        <w:t xml:space="preserve"> Parque municipal El Madroño.</w:t>
      </w:r>
    </w:p>
    <w:p w14:paraId="7F49CD27" w14:textId="77777777" w:rsidR="00A84F58" w:rsidRPr="00901944" w:rsidRDefault="00E23D8C">
      <w:pPr>
        <w:ind w:left="113" w:hanging="113"/>
        <w:rPr>
          <w:rFonts w:ascii="DM Sans" w:hAnsi="DM Sans"/>
          <w:lang w:val="es-ES"/>
        </w:rPr>
      </w:pPr>
      <w:r w:rsidRPr="00901944">
        <w:rPr>
          <w:rFonts w:ascii="Segoe UI Symbol" w:hAnsi="Segoe UI Symbol" w:cs="Segoe UI Symbol"/>
          <w:lang w:val="es-ES"/>
        </w:rPr>
        <w:t>☐</w:t>
      </w:r>
      <w:r w:rsidRPr="00901944">
        <w:rPr>
          <w:rFonts w:ascii="DM Sans" w:hAnsi="DM Sans"/>
          <w:lang w:val="es-ES"/>
        </w:rPr>
        <w:t xml:space="preserve"> Universidad Rey Juan Carlos.</w:t>
      </w:r>
    </w:p>
    <w:p w14:paraId="4D503FC3" w14:textId="77777777" w:rsidR="00A84F58" w:rsidRPr="00901944" w:rsidRDefault="00E23D8C">
      <w:pPr>
        <w:ind w:left="113" w:hanging="113"/>
        <w:rPr>
          <w:rFonts w:ascii="DM Sans" w:hAnsi="DM Sans"/>
          <w:lang w:val="es-ES"/>
        </w:rPr>
      </w:pPr>
      <w:r w:rsidRPr="00901944">
        <w:rPr>
          <w:rFonts w:ascii="Segoe UI Symbol" w:hAnsi="Segoe UI Symbol" w:cs="Segoe UI Symbol"/>
          <w:lang w:val="es-ES"/>
        </w:rPr>
        <w:t>☐</w:t>
      </w:r>
      <w:r w:rsidRPr="00901944">
        <w:rPr>
          <w:rFonts w:ascii="DM Sans" w:hAnsi="DM Sans"/>
          <w:lang w:val="es-ES"/>
        </w:rPr>
        <w:t xml:space="preserve"> Solar situado en la calle de San Cipriano, 42.</w:t>
      </w:r>
    </w:p>
    <w:p w14:paraId="2C355F29" w14:textId="154A8DD9" w:rsidR="00A84F58" w:rsidRDefault="00E23D8C">
      <w:pPr>
        <w:rPr>
          <w:rFonts w:ascii="DM Sans" w:hAnsi="DM Sans"/>
          <w:lang w:val="es-ES"/>
        </w:rPr>
      </w:pPr>
      <w:r w:rsidRPr="00901944">
        <w:rPr>
          <w:rFonts w:ascii="DM Sans" w:hAnsi="DM Sans"/>
          <w:b/>
          <w:lang w:val="es-ES"/>
        </w:rPr>
        <w:t xml:space="preserve">Importe del premio: </w:t>
      </w:r>
      <w:r w:rsidRPr="00901944">
        <w:rPr>
          <w:rFonts w:ascii="DM Sans" w:hAnsi="DM Sans"/>
          <w:lang w:val="es-ES"/>
        </w:rPr>
        <w:t>15.000,00 euros.</w:t>
      </w:r>
    </w:p>
    <w:p w14:paraId="74B9A2B3" w14:textId="77777777" w:rsidR="009D5E25" w:rsidRPr="00901944" w:rsidRDefault="009D5E25">
      <w:pPr>
        <w:rPr>
          <w:rFonts w:ascii="DM Sans" w:hAnsi="DM Sans"/>
          <w:lang w:val="es-ES"/>
        </w:rPr>
      </w:pPr>
    </w:p>
    <w:p w14:paraId="16906ACF" w14:textId="77777777" w:rsidR="00A84F58" w:rsidRPr="00901944" w:rsidRDefault="00E23D8C">
      <w:pPr>
        <w:pStyle w:val="Ttulo1"/>
        <w:rPr>
          <w:rFonts w:ascii="DM Sans" w:hAnsi="DM Sans"/>
          <w:lang w:val="es-ES"/>
        </w:rPr>
      </w:pPr>
      <w:r w:rsidRPr="00901944">
        <w:rPr>
          <w:rFonts w:ascii="DM Sans" w:hAnsi="DM Sans"/>
          <w:lang w:val="es-ES"/>
        </w:rPr>
        <w:t>4. Aceptación y declaraciones</w:t>
      </w:r>
    </w:p>
    <w:p w14:paraId="3D5E428B" w14:textId="77777777" w:rsidR="00A84F58" w:rsidRPr="00901944" w:rsidRDefault="00E23D8C">
      <w:pPr>
        <w:rPr>
          <w:rFonts w:ascii="DM Sans" w:hAnsi="DM Sans"/>
          <w:lang w:val="es-ES"/>
        </w:rPr>
      </w:pPr>
      <w:r w:rsidRPr="00901944">
        <w:rPr>
          <w:rFonts w:ascii="DM Sans" w:hAnsi="DM Sans"/>
          <w:b/>
          <w:lang w:val="es-ES"/>
        </w:rPr>
        <w:t>La persona firmante, actuando en nombre propio o en representación de la persona o entidad identificada en este documento, DECLARA:</w:t>
      </w:r>
    </w:p>
    <w:p w14:paraId="642BA2F0" w14:textId="77777777" w:rsidR="00A84F58" w:rsidRPr="00901944" w:rsidRDefault="00E23D8C">
      <w:pPr>
        <w:keepLines/>
        <w:spacing w:after="80"/>
        <w:rPr>
          <w:rFonts w:ascii="DM Sans" w:hAnsi="DM Sans"/>
          <w:lang w:val="es-ES"/>
        </w:rPr>
      </w:pPr>
      <w:r w:rsidRPr="00901944">
        <w:rPr>
          <w:rFonts w:ascii="DM Sans" w:hAnsi="DM Sans"/>
          <w:b/>
          <w:lang w:val="es-ES"/>
        </w:rPr>
        <w:t xml:space="preserve">Primero. </w:t>
      </w:r>
      <w:r w:rsidRPr="00901944">
        <w:rPr>
          <w:rFonts w:ascii="DM Sans" w:hAnsi="DM Sans"/>
          <w:lang w:val="es-ES"/>
        </w:rPr>
        <w:t>Que ha recibido la notificación del fallo del jurado por el que se propone su candidatura para la concesión de uno de los premios de la convocatoria, respecto de la propuesta y el emplazamiento identificados en este documento.</w:t>
      </w:r>
    </w:p>
    <w:p w14:paraId="7916C639" w14:textId="77777777" w:rsidR="00A84F58" w:rsidRPr="00901944" w:rsidRDefault="00E23D8C">
      <w:pPr>
        <w:keepLines/>
        <w:spacing w:after="80"/>
        <w:rPr>
          <w:rFonts w:ascii="DM Sans" w:hAnsi="DM Sans"/>
          <w:lang w:val="es-ES"/>
        </w:rPr>
      </w:pPr>
      <w:r w:rsidRPr="00901944">
        <w:rPr>
          <w:rFonts w:ascii="DM Sans" w:hAnsi="DM Sans"/>
          <w:b/>
          <w:lang w:val="es-ES"/>
        </w:rPr>
        <w:t xml:space="preserve">Segundo. </w:t>
      </w:r>
      <w:r w:rsidRPr="00901944">
        <w:rPr>
          <w:rFonts w:ascii="DM Sans" w:hAnsi="DM Sans"/>
          <w:lang w:val="es-ES"/>
        </w:rPr>
        <w:t>Que, dentro del plazo de diez días hábiles contado desde el día siguiente al de recepción de la notificación, ACEPTA EXPRESAMENTE EL PREMIO PROPUESTO, dotado con QUINCE MIL EUROS (15.000,00 €).</w:t>
      </w:r>
    </w:p>
    <w:p w14:paraId="79BF6E44" w14:textId="77777777" w:rsidR="00A84F58" w:rsidRPr="00901944" w:rsidRDefault="00E23D8C">
      <w:pPr>
        <w:keepLines/>
        <w:spacing w:after="80"/>
        <w:rPr>
          <w:rFonts w:ascii="DM Sans" w:hAnsi="DM Sans"/>
          <w:lang w:val="es-ES"/>
        </w:rPr>
      </w:pPr>
      <w:r w:rsidRPr="00901944">
        <w:rPr>
          <w:rFonts w:ascii="DM Sans" w:hAnsi="DM Sans"/>
          <w:b/>
          <w:lang w:val="es-ES"/>
        </w:rPr>
        <w:t xml:space="preserve">Tercero. </w:t>
      </w:r>
      <w:r w:rsidRPr="00901944">
        <w:rPr>
          <w:rFonts w:ascii="DM Sans" w:hAnsi="DM Sans"/>
          <w:lang w:val="es-ES"/>
        </w:rPr>
        <w:t xml:space="preserve">Que conoce y acepta las bases aprobadas mediante Decreto de 1 de junio de 2026 de la </w:t>
      </w:r>
      <w:proofErr w:type="gramStart"/>
      <w:r w:rsidRPr="00901944">
        <w:rPr>
          <w:rFonts w:ascii="DM Sans" w:hAnsi="DM Sans"/>
          <w:lang w:val="es-ES"/>
        </w:rPr>
        <w:t>Delegada</w:t>
      </w:r>
      <w:proofErr w:type="gramEnd"/>
      <w:r w:rsidRPr="00901944">
        <w:rPr>
          <w:rFonts w:ascii="DM Sans" w:hAnsi="DM Sans"/>
          <w:lang w:val="es-ES"/>
        </w:rPr>
        <w:t xml:space="preserve"> del Área de Gobierno de Cultura, Turismo y Deporte, publicado en el Boletín Oficial del Ayuntamiento de Madrid número 10.144, de 10 de junio de 2026.</w:t>
      </w:r>
    </w:p>
    <w:p w14:paraId="3FF626C2" w14:textId="1F226C16" w:rsidR="00A84F58" w:rsidRPr="00901944" w:rsidRDefault="00E23D8C">
      <w:pPr>
        <w:keepLines/>
        <w:spacing w:after="80"/>
        <w:rPr>
          <w:rFonts w:ascii="DM Sans" w:hAnsi="DM Sans"/>
          <w:lang w:val="es-ES"/>
        </w:rPr>
      </w:pPr>
      <w:r w:rsidRPr="00901944">
        <w:rPr>
          <w:rFonts w:ascii="DM Sans" w:hAnsi="DM Sans"/>
          <w:b/>
          <w:lang w:val="es-ES"/>
        </w:rPr>
        <w:t xml:space="preserve">Cuarto. </w:t>
      </w:r>
      <w:r w:rsidRPr="00901944">
        <w:rPr>
          <w:rFonts w:ascii="DM Sans" w:hAnsi="DM Sans"/>
          <w:lang w:val="es-ES"/>
        </w:rPr>
        <w:t>Que mantiene los requisitos exigidos para obtener la condición de persona beneficiaria.</w:t>
      </w:r>
    </w:p>
    <w:p w14:paraId="6139A449" w14:textId="68E4128A" w:rsidR="00A84F58" w:rsidRPr="00901944" w:rsidRDefault="00E23D8C">
      <w:pPr>
        <w:keepLines/>
        <w:spacing w:after="80"/>
        <w:rPr>
          <w:rFonts w:ascii="DM Sans" w:hAnsi="DM Sans"/>
          <w:lang w:val="es-ES"/>
        </w:rPr>
      </w:pPr>
      <w:r w:rsidRPr="00901944">
        <w:rPr>
          <w:rFonts w:ascii="DM Sans" w:hAnsi="DM Sans"/>
          <w:b/>
          <w:lang w:val="es-ES"/>
        </w:rPr>
        <w:t xml:space="preserve">Quinto. </w:t>
      </w:r>
      <w:r w:rsidRPr="00901944">
        <w:rPr>
          <w:rFonts w:ascii="DM Sans" w:hAnsi="DM Sans"/>
          <w:lang w:val="es-ES"/>
        </w:rPr>
        <w:t>Que acepta las obligaciones previstas en</w:t>
      </w:r>
      <w:r w:rsidR="00014A65" w:rsidRPr="00901944">
        <w:rPr>
          <w:rFonts w:ascii="DM Sans" w:hAnsi="DM Sans"/>
          <w:lang w:val="es-ES"/>
        </w:rPr>
        <w:t xml:space="preserve"> el apartado 15 de</w:t>
      </w:r>
      <w:r w:rsidRPr="00901944">
        <w:rPr>
          <w:rFonts w:ascii="DM Sans" w:hAnsi="DM Sans"/>
          <w:lang w:val="es-ES"/>
        </w:rPr>
        <w:t xml:space="preserve"> las </w:t>
      </w:r>
      <w:r w:rsidR="00014A65" w:rsidRPr="00901944">
        <w:rPr>
          <w:rFonts w:ascii="DM Sans" w:hAnsi="DM Sans"/>
          <w:lang w:val="es-ES"/>
        </w:rPr>
        <w:t>bases de la convocatoria</w:t>
      </w:r>
      <w:r w:rsidRPr="00901944">
        <w:rPr>
          <w:rFonts w:ascii="DM Sans" w:hAnsi="DM Sans"/>
          <w:lang w:val="es-ES"/>
        </w:rPr>
        <w:t>.</w:t>
      </w:r>
    </w:p>
    <w:p w14:paraId="28578B37" w14:textId="7A335A76" w:rsidR="00A84F58" w:rsidRPr="00901944" w:rsidRDefault="00014A65">
      <w:pPr>
        <w:keepLines/>
        <w:spacing w:after="80"/>
        <w:rPr>
          <w:rFonts w:ascii="DM Sans" w:hAnsi="DM Sans"/>
          <w:lang w:val="es-ES"/>
        </w:rPr>
      </w:pPr>
      <w:r w:rsidRPr="00901944">
        <w:rPr>
          <w:rFonts w:ascii="DM Sans" w:hAnsi="DM Sans"/>
          <w:b/>
          <w:lang w:val="es-ES"/>
        </w:rPr>
        <w:t>Sexto</w:t>
      </w:r>
      <w:r w:rsidR="00E23D8C" w:rsidRPr="00901944">
        <w:rPr>
          <w:rFonts w:ascii="DM Sans" w:hAnsi="DM Sans"/>
          <w:b/>
          <w:lang w:val="es-ES"/>
        </w:rPr>
        <w:t xml:space="preserve">. </w:t>
      </w:r>
      <w:r w:rsidR="00E23D8C" w:rsidRPr="00901944">
        <w:rPr>
          <w:rFonts w:ascii="DM Sans" w:hAnsi="DM Sans"/>
          <w:lang w:val="es-ES"/>
        </w:rPr>
        <w:t>Que acepta la cesión no exclusiva y gratuita al Ayuntamiento de Madrid de los derechos previstos en la base 19.3, limitada a fines culturales, educativos, archivísticos o de comunicación institucional y sin fines comerciales, permaneciendo la propiedad intelectual de la obra en su autor o autora.</w:t>
      </w:r>
    </w:p>
    <w:p w14:paraId="1364ACF3" w14:textId="3682FAC1" w:rsidR="00A84F58" w:rsidRDefault="00E23D8C" w:rsidP="009D5E25">
      <w:pPr>
        <w:keepLines/>
        <w:spacing w:after="80"/>
        <w:rPr>
          <w:rFonts w:ascii="DM Sans" w:hAnsi="DM Sans"/>
          <w:lang w:val="es-ES"/>
        </w:rPr>
      </w:pPr>
      <w:r w:rsidRPr="00901944">
        <w:rPr>
          <w:rFonts w:ascii="DM Sans" w:hAnsi="DM Sans"/>
          <w:b/>
          <w:lang w:val="es-ES"/>
        </w:rPr>
        <w:t xml:space="preserve">Décimo. </w:t>
      </w:r>
      <w:r w:rsidRPr="00901944">
        <w:rPr>
          <w:rFonts w:ascii="DM Sans" w:hAnsi="DM Sans"/>
          <w:lang w:val="es-ES"/>
        </w:rPr>
        <w:t>Que conoce que el incumplimiento total o parcial de las obligaciones podrá determinar la pérdida del derecho al cobro o el reintegro de las cantidades percibidas, en los términos previstos en las bases y en la normativa aplicable.</w:t>
      </w:r>
    </w:p>
    <w:p w14:paraId="704B186C" w14:textId="77777777" w:rsidR="009D5E25" w:rsidRPr="00901944" w:rsidRDefault="009D5E25" w:rsidP="009D5E25">
      <w:pPr>
        <w:keepLines/>
        <w:spacing w:after="80"/>
        <w:rPr>
          <w:rFonts w:ascii="DM Sans" w:hAnsi="DM Sans"/>
          <w:lang w:val="es-ES"/>
        </w:rPr>
      </w:pPr>
    </w:p>
    <w:p w14:paraId="184BB508" w14:textId="77777777" w:rsidR="00A84F58" w:rsidRPr="00901944" w:rsidRDefault="00E23D8C">
      <w:pPr>
        <w:pStyle w:val="Ttulo1"/>
        <w:rPr>
          <w:rFonts w:ascii="DM Sans" w:hAnsi="DM Sans"/>
          <w:lang w:val="es-ES"/>
        </w:rPr>
      </w:pPr>
      <w:r w:rsidRPr="00901944">
        <w:rPr>
          <w:rFonts w:ascii="DM Sans" w:hAnsi="DM Sans"/>
          <w:lang w:val="es-ES"/>
        </w:rPr>
        <w:t>5. Documentación que se aporta</w:t>
      </w:r>
    </w:p>
    <w:p w14:paraId="2B6CA3B6" w14:textId="77777777" w:rsidR="00A84F58" w:rsidRPr="00901944" w:rsidRDefault="00E23D8C">
      <w:pPr>
        <w:pStyle w:val="Ttulo2"/>
        <w:rPr>
          <w:rFonts w:ascii="DM Sans" w:hAnsi="DM Sans"/>
          <w:lang w:val="es-ES"/>
        </w:rPr>
      </w:pPr>
      <w:r w:rsidRPr="00901944">
        <w:rPr>
          <w:rFonts w:ascii="DM Sans" w:hAnsi="DM Sans"/>
          <w:lang w:val="es-ES"/>
        </w:rPr>
        <w:t>5.1. Documentación para el pago</w:t>
      </w:r>
    </w:p>
    <w:p w14:paraId="01D1529D" w14:textId="5B8D1990" w:rsidR="00A84F58" w:rsidRPr="00901944" w:rsidRDefault="00E23D8C">
      <w:pPr>
        <w:ind w:left="113" w:hanging="113"/>
        <w:rPr>
          <w:rFonts w:ascii="DM Sans" w:hAnsi="DM Sans"/>
          <w:lang w:val="es-ES"/>
        </w:rPr>
      </w:pPr>
      <w:r w:rsidRPr="00901944">
        <w:rPr>
          <w:rFonts w:ascii="Segoe UI Symbol" w:hAnsi="Segoe UI Symbol" w:cs="Segoe UI Symbol"/>
          <w:lang w:val="es-ES"/>
        </w:rPr>
        <w:t>☐</w:t>
      </w:r>
      <w:r w:rsidRPr="00901944">
        <w:rPr>
          <w:rFonts w:ascii="DM Sans" w:hAnsi="DM Sans"/>
          <w:lang w:val="es-ES"/>
        </w:rPr>
        <w:t xml:space="preserve"> Impreso T de alta de pago por transferencia, debidamente cumplimentado, </w:t>
      </w:r>
      <w:r w:rsidR="004373D9">
        <w:rPr>
          <w:rFonts w:ascii="DM Sans" w:hAnsi="DM Sans"/>
          <w:lang w:val="es-ES"/>
        </w:rPr>
        <w:t>en caso de</w:t>
      </w:r>
      <w:r w:rsidRPr="00901944">
        <w:rPr>
          <w:rFonts w:ascii="DM Sans" w:hAnsi="DM Sans"/>
          <w:lang w:val="es-ES"/>
        </w:rPr>
        <w:t xml:space="preserve"> no disponer de una cuenta bancaria dada de alta en el Ayuntamiento de Madrid.</w:t>
      </w:r>
    </w:p>
    <w:p w14:paraId="565B0E2D" w14:textId="77777777" w:rsidR="00A84F58" w:rsidRPr="00901944" w:rsidRDefault="00E23D8C">
      <w:pPr>
        <w:ind w:left="113" w:hanging="113"/>
        <w:rPr>
          <w:rFonts w:ascii="DM Sans" w:hAnsi="DM Sans"/>
          <w:lang w:val="es-ES"/>
        </w:rPr>
      </w:pPr>
      <w:r w:rsidRPr="00901944">
        <w:rPr>
          <w:rFonts w:ascii="Segoe UI Symbol" w:hAnsi="Segoe UI Symbol" w:cs="Segoe UI Symbol"/>
          <w:lang w:val="es-ES"/>
        </w:rPr>
        <w:lastRenderedPageBreak/>
        <w:t>☐</w:t>
      </w:r>
      <w:r w:rsidRPr="00901944">
        <w:rPr>
          <w:rFonts w:ascii="DM Sans" w:hAnsi="DM Sans"/>
          <w:lang w:val="es-ES"/>
        </w:rPr>
        <w:t xml:space="preserve"> Escrito de solicitud de ingreso del premio en una cuenta bancaria ya dada de alta en el Ayuntamiento de Madrid, con identificación de la cuenta correspondiente.</w:t>
      </w:r>
    </w:p>
    <w:p w14:paraId="7E3BB694" w14:textId="77777777" w:rsidR="00A84F58" w:rsidRPr="00901944" w:rsidRDefault="00E23D8C">
      <w:pPr>
        <w:pStyle w:val="Ttulo2"/>
        <w:rPr>
          <w:rFonts w:ascii="DM Sans" w:hAnsi="DM Sans"/>
          <w:lang w:val="es-ES"/>
        </w:rPr>
      </w:pPr>
      <w:r w:rsidRPr="00901944">
        <w:rPr>
          <w:rFonts w:ascii="DM Sans" w:hAnsi="DM Sans"/>
          <w:lang w:val="es-ES"/>
        </w:rPr>
        <w:t>5.2. Certificados requeridos en la comunicación del fallo</w:t>
      </w:r>
    </w:p>
    <w:p w14:paraId="53D841A0" w14:textId="77777777" w:rsidR="00A84F58" w:rsidRPr="00901944" w:rsidRDefault="00E23D8C">
      <w:pPr>
        <w:ind w:left="113" w:hanging="113"/>
        <w:rPr>
          <w:rFonts w:ascii="DM Sans" w:hAnsi="DM Sans"/>
          <w:lang w:val="es-ES"/>
        </w:rPr>
      </w:pPr>
      <w:r w:rsidRPr="00901944">
        <w:rPr>
          <w:rFonts w:ascii="Segoe UI Symbol" w:hAnsi="Segoe UI Symbol" w:cs="Segoe UI Symbol"/>
          <w:lang w:val="es-ES"/>
        </w:rPr>
        <w:t>☐</w:t>
      </w:r>
      <w:r w:rsidRPr="00901944">
        <w:rPr>
          <w:rFonts w:ascii="DM Sans" w:hAnsi="DM Sans"/>
          <w:lang w:val="es-ES"/>
        </w:rPr>
        <w:t xml:space="preserve"> Certificado de estar al corriente de las obligaciones tributarias expedido por la Agencia Estatal de Administración Tributaria.</w:t>
      </w:r>
    </w:p>
    <w:p w14:paraId="2A5A8CB0" w14:textId="77777777" w:rsidR="00A84F58" w:rsidRPr="00901944" w:rsidRDefault="00E23D8C">
      <w:pPr>
        <w:ind w:left="113" w:hanging="113"/>
        <w:rPr>
          <w:rFonts w:ascii="DM Sans" w:hAnsi="DM Sans"/>
          <w:lang w:val="es-ES"/>
        </w:rPr>
      </w:pPr>
      <w:r w:rsidRPr="00901944">
        <w:rPr>
          <w:rFonts w:ascii="Segoe UI Symbol" w:hAnsi="Segoe UI Symbol" w:cs="Segoe UI Symbol"/>
          <w:lang w:val="es-ES"/>
        </w:rPr>
        <w:t>☐</w:t>
      </w:r>
      <w:r w:rsidRPr="00901944">
        <w:rPr>
          <w:rFonts w:ascii="DM Sans" w:hAnsi="DM Sans"/>
          <w:lang w:val="es-ES"/>
        </w:rPr>
        <w:t xml:space="preserve"> Certificado de estar al corriente de las obligaciones con la Seguridad Social expedido por la Tesorería General de la Seguridad Social.</w:t>
      </w:r>
    </w:p>
    <w:p w14:paraId="6ED4158D" w14:textId="77777777" w:rsidR="00A84F58" w:rsidRPr="00901944" w:rsidRDefault="00E23D8C">
      <w:pPr>
        <w:ind w:left="113" w:hanging="113"/>
        <w:rPr>
          <w:rFonts w:ascii="DM Sans" w:hAnsi="DM Sans"/>
          <w:lang w:val="es-ES"/>
        </w:rPr>
      </w:pPr>
      <w:r w:rsidRPr="00901944">
        <w:rPr>
          <w:rFonts w:ascii="Segoe UI Symbol" w:hAnsi="Segoe UI Symbol" w:cs="Segoe UI Symbol"/>
          <w:lang w:val="es-ES"/>
        </w:rPr>
        <w:t>☐</w:t>
      </w:r>
      <w:r w:rsidRPr="00901944">
        <w:rPr>
          <w:rFonts w:ascii="DM Sans" w:hAnsi="DM Sans"/>
          <w:lang w:val="es-ES"/>
        </w:rPr>
        <w:t xml:space="preserve"> Certificado de estar al corriente de las obligaciones tributarias municipales expedido por la Agencia Tributaria Madrid.</w:t>
      </w:r>
    </w:p>
    <w:p w14:paraId="594BA55A" w14:textId="77777777" w:rsidR="00A84F58" w:rsidRPr="00901944" w:rsidRDefault="00E23D8C">
      <w:pPr>
        <w:pStyle w:val="Ttulo2"/>
        <w:rPr>
          <w:rFonts w:ascii="DM Sans" w:hAnsi="DM Sans"/>
          <w:lang w:val="es-ES"/>
        </w:rPr>
      </w:pPr>
      <w:r w:rsidRPr="00901944">
        <w:rPr>
          <w:rFonts w:ascii="DM Sans" w:hAnsi="DM Sans"/>
          <w:lang w:val="es-ES"/>
        </w:rPr>
        <w:t>5.3. Otra documentación, cuando proceda</w:t>
      </w:r>
    </w:p>
    <w:p w14:paraId="46135386" w14:textId="77777777" w:rsidR="00A84F58" w:rsidRPr="00901944" w:rsidRDefault="00E23D8C">
      <w:pPr>
        <w:ind w:left="113" w:hanging="113"/>
        <w:rPr>
          <w:rFonts w:ascii="DM Sans" w:hAnsi="DM Sans"/>
          <w:lang w:val="es-ES"/>
        </w:rPr>
      </w:pPr>
      <w:r w:rsidRPr="00901944">
        <w:rPr>
          <w:rFonts w:ascii="Segoe UI Symbol" w:hAnsi="Segoe UI Symbol" w:cs="Segoe UI Symbol"/>
          <w:lang w:val="es-ES"/>
        </w:rPr>
        <w:t>☐</w:t>
      </w:r>
      <w:r w:rsidRPr="00901944">
        <w:rPr>
          <w:rFonts w:ascii="DM Sans" w:hAnsi="DM Sans"/>
          <w:lang w:val="es-ES"/>
        </w:rPr>
        <w:t xml:space="preserve"> Documento acreditativo de la representación, si no consta en el expediente o se ha producido una modificación.</w:t>
      </w:r>
    </w:p>
    <w:p w14:paraId="6E780FBF" w14:textId="10A8180B" w:rsidR="00A84F58" w:rsidRPr="00901944" w:rsidRDefault="00A84F58">
      <w:pPr>
        <w:ind w:left="113" w:hanging="113"/>
        <w:rPr>
          <w:rFonts w:ascii="DM Sans" w:hAnsi="DM Sans"/>
          <w:lang w:val="es-ES"/>
        </w:rPr>
      </w:pPr>
    </w:p>
    <w:p w14:paraId="7445BD8A" w14:textId="47CCB2D7" w:rsidR="00A84F58" w:rsidRDefault="00E23D8C">
      <w:pPr>
        <w:spacing w:before="120"/>
        <w:rPr>
          <w:rFonts w:ascii="DM Sans" w:hAnsi="DM Sans"/>
          <w:lang w:val="es-ES"/>
        </w:rPr>
      </w:pPr>
      <w:r w:rsidRPr="00901944">
        <w:rPr>
          <w:rFonts w:ascii="DM Sans" w:hAnsi="DM Sans"/>
          <w:b/>
          <w:lang w:val="es-ES"/>
        </w:rPr>
        <w:t xml:space="preserve">Declaración sobre la documentación. </w:t>
      </w:r>
      <w:r w:rsidRPr="00901944">
        <w:rPr>
          <w:rFonts w:ascii="DM Sans" w:hAnsi="DM Sans"/>
          <w:lang w:val="es-ES"/>
        </w:rPr>
        <w:t>La persona firmante declara que los documentos aportados son copia fiel de sus originales y están vigentes en la fecha de presentación</w:t>
      </w:r>
      <w:r w:rsidR="00901944" w:rsidRPr="00901944">
        <w:rPr>
          <w:rFonts w:ascii="DM Sans" w:hAnsi="DM Sans"/>
          <w:lang w:val="es-ES"/>
        </w:rPr>
        <w:t>,</w:t>
      </w:r>
      <w:r w:rsidRPr="00901944">
        <w:rPr>
          <w:rFonts w:ascii="DM Sans" w:hAnsi="DM Sans"/>
          <w:lang w:val="es-ES"/>
        </w:rPr>
        <w:t xml:space="preserve"> que la cuenta designada para el pago corresponde a la persona premiada y que comunicará cualquier modificación que afecte a los requisitos declarados o a la documentación aportada.</w:t>
      </w:r>
    </w:p>
    <w:p w14:paraId="4B573CEB" w14:textId="77777777" w:rsidR="009D5E25" w:rsidRPr="00901944" w:rsidRDefault="009D5E25">
      <w:pPr>
        <w:spacing w:before="120"/>
        <w:rPr>
          <w:rFonts w:ascii="DM Sans" w:hAnsi="DM Sans"/>
          <w:lang w:val="es-ES"/>
        </w:rPr>
      </w:pPr>
    </w:p>
    <w:p w14:paraId="32853DDC" w14:textId="77777777" w:rsidR="00A84F58" w:rsidRPr="00901944" w:rsidRDefault="00E23D8C">
      <w:pPr>
        <w:pStyle w:val="Ttulo1"/>
        <w:rPr>
          <w:rFonts w:ascii="DM Sans" w:hAnsi="DM Sans"/>
          <w:lang w:val="es-ES"/>
        </w:rPr>
      </w:pPr>
      <w:r w:rsidRPr="00901944">
        <w:rPr>
          <w:rFonts w:ascii="DM Sans" w:hAnsi="DM Sans"/>
          <w:lang w:val="es-ES"/>
        </w:rPr>
        <w:t>6. Solicitud</w:t>
      </w:r>
    </w:p>
    <w:p w14:paraId="3CA2FBF6" w14:textId="77777777" w:rsidR="00A84F58" w:rsidRPr="00901944" w:rsidRDefault="00E23D8C">
      <w:pPr>
        <w:rPr>
          <w:rFonts w:ascii="DM Sans" w:hAnsi="DM Sans"/>
          <w:lang w:val="es-ES"/>
        </w:rPr>
      </w:pPr>
      <w:r w:rsidRPr="00901944">
        <w:rPr>
          <w:rFonts w:ascii="DM Sans" w:hAnsi="DM Sans"/>
          <w:b/>
          <w:lang w:val="es-ES"/>
        </w:rPr>
        <w:t>SOLICITA que se tenga por presentada, dentro del plazo establecido en la base 14.1 de la convocatoria, la aceptación expresa del premio propuesto junto con la documentación relacionada; que se incorpore al expediente 511/2026/27901 y que continúe la tramitación del procedimiento conforme a las bases de la convocatoria.</w:t>
      </w:r>
    </w:p>
    <w:tbl>
      <w:tblPr>
        <w:tblW w:w="0" w:type="auto"/>
        <w:jc w:val="center"/>
        <w:tblLayout w:type="fixed"/>
        <w:tblLook w:val="04A0" w:firstRow="1" w:lastRow="0" w:firstColumn="1" w:lastColumn="0" w:noHBand="0" w:noVBand="1"/>
      </w:tblPr>
      <w:tblGrid>
        <w:gridCol w:w="4986"/>
        <w:gridCol w:w="4986"/>
      </w:tblGrid>
      <w:tr w:rsidR="00A84F58" w:rsidRPr="00901944" w14:paraId="60C27CA7" w14:textId="77777777">
        <w:trPr>
          <w:jc w:val="center"/>
        </w:trPr>
        <w:tc>
          <w:tcPr>
            <w:tcW w:w="4986" w:type="dxa"/>
            <w:shd w:val="clear" w:color="auto" w:fill="F3F6F8"/>
            <w:tcMar>
              <w:top w:w="100" w:type="dxa"/>
              <w:left w:w="100" w:type="dxa"/>
              <w:bottom w:w="100" w:type="dxa"/>
              <w:right w:w="100" w:type="dxa"/>
            </w:tcMar>
          </w:tcPr>
          <w:p w14:paraId="53A8DA71" w14:textId="77777777" w:rsidR="00A84F58" w:rsidRPr="00901944" w:rsidRDefault="00E23D8C">
            <w:pPr>
              <w:rPr>
                <w:rFonts w:ascii="DM Sans" w:hAnsi="DM Sans"/>
              </w:rPr>
            </w:pPr>
            <w:r w:rsidRPr="00901944">
              <w:rPr>
                <w:rFonts w:ascii="DM Sans" w:hAnsi="DM Sans"/>
                <w:b/>
                <w:sz w:val="17"/>
              </w:rPr>
              <w:t>Lugar</w:t>
            </w:r>
          </w:p>
        </w:tc>
        <w:tc>
          <w:tcPr>
            <w:tcW w:w="4986" w:type="dxa"/>
            <w:shd w:val="clear" w:color="auto" w:fill="F3F6F8"/>
            <w:tcMar>
              <w:top w:w="100" w:type="dxa"/>
              <w:left w:w="100" w:type="dxa"/>
              <w:bottom w:w="100" w:type="dxa"/>
              <w:right w:w="100" w:type="dxa"/>
            </w:tcMar>
          </w:tcPr>
          <w:p w14:paraId="0FD1053C" w14:textId="77777777" w:rsidR="00A84F58" w:rsidRPr="00901944" w:rsidRDefault="00E23D8C">
            <w:pPr>
              <w:rPr>
                <w:rFonts w:ascii="DM Sans" w:hAnsi="DM Sans"/>
              </w:rPr>
            </w:pPr>
            <w:proofErr w:type="spellStart"/>
            <w:r w:rsidRPr="00901944">
              <w:rPr>
                <w:rFonts w:ascii="DM Sans" w:hAnsi="DM Sans"/>
                <w:b/>
                <w:sz w:val="17"/>
              </w:rPr>
              <w:t>Fecha</w:t>
            </w:r>
            <w:proofErr w:type="spellEnd"/>
          </w:p>
        </w:tc>
      </w:tr>
      <w:tr w:rsidR="00A84F58" w:rsidRPr="00901944" w14:paraId="6016F7C2" w14:textId="77777777">
        <w:trPr>
          <w:jc w:val="center"/>
        </w:trPr>
        <w:tc>
          <w:tcPr>
            <w:tcW w:w="4986" w:type="dxa"/>
            <w:tcMar>
              <w:top w:w="100" w:type="dxa"/>
              <w:left w:w="100" w:type="dxa"/>
              <w:bottom w:w="100" w:type="dxa"/>
              <w:right w:w="100" w:type="dxa"/>
            </w:tcMar>
          </w:tcPr>
          <w:p w14:paraId="2034F2CE" w14:textId="77777777" w:rsidR="00A84F58" w:rsidRPr="00901944" w:rsidRDefault="00E23D8C">
            <w:pPr>
              <w:rPr>
                <w:rFonts w:ascii="DM Sans" w:hAnsi="DM Sans"/>
                <w:lang w:val="es-ES"/>
              </w:rPr>
            </w:pPr>
            <w:r w:rsidRPr="00901944">
              <w:rPr>
                <w:rFonts w:ascii="DM Sans" w:hAnsi="DM Sans"/>
                <w:sz w:val="17"/>
                <w:lang w:val="es-ES"/>
              </w:rPr>
              <w:t>Firma de la persona premiada o representante</w:t>
            </w:r>
          </w:p>
        </w:tc>
        <w:tc>
          <w:tcPr>
            <w:tcW w:w="4986" w:type="dxa"/>
            <w:tcMar>
              <w:top w:w="100" w:type="dxa"/>
              <w:left w:w="100" w:type="dxa"/>
              <w:bottom w:w="100" w:type="dxa"/>
              <w:right w:w="100" w:type="dxa"/>
            </w:tcMar>
          </w:tcPr>
          <w:p w14:paraId="2A537E09" w14:textId="77777777" w:rsidR="00A84F58" w:rsidRPr="00901944" w:rsidRDefault="00E23D8C">
            <w:pPr>
              <w:rPr>
                <w:rFonts w:ascii="DM Sans" w:hAnsi="DM Sans"/>
              </w:rPr>
            </w:pPr>
            <w:r w:rsidRPr="00901944">
              <w:rPr>
                <w:rFonts w:ascii="DM Sans" w:hAnsi="DM Sans"/>
                <w:sz w:val="17"/>
              </w:rPr>
              <w:t>[</w:t>
            </w:r>
            <w:proofErr w:type="spellStart"/>
            <w:r w:rsidRPr="00901944">
              <w:rPr>
                <w:rFonts w:ascii="DM Sans" w:hAnsi="DM Sans"/>
                <w:sz w:val="17"/>
              </w:rPr>
              <w:t>Cumplimentar</w:t>
            </w:r>
            <w:proofErr w:type="spellEnd"/>
            <w:r w:rsidRPr="00901944">
              <w:rPr>
                <w:rFonts w:ascii="DM Sans" w:hAnsi="DM Sans"/>
                <w:sz w:val="17"/>
              </w:rPr>
              <w:t>]</w:t>
            </w:r>
          </w:p>
        </w:tc>
      </w:tr>
      <w:tr w:rsidR="00A84F58" w:rsidRPr="00901944" w14:paraId="0FF45593" w14:textId="77777777">
        <w:trPr>
          <w:jc w:val="center"/>
        </w:trPr>
        <w:tc>
          <w:tcPr>
            <w:tcW w:w="4986" w:type="dxa"/>
            <w:shd w:val="clear" w:color="auto" w:fill="F3F6F8"/>
            <w:tcMar>
              <w:top w:w="100" w:type="dxa"/>
              <w:left w:w="100" w:type="dxa"/>
              <w:bottom w:w="100" w:type="dxa"/>
              <w:right w:w="100" w:type="dxa"/>
            </w:tcMar>
          </w:tcPr>
          <w:p w14:paraId="6C2BBB2B" w14:textId="77777777" w:rsidR="00A84F58" w:rsidRPr="00901944" w:rsidRDefault="00E23D8C">
            <w:pPr>
              <w:rPr>
                <w:rFonts w:ascii="DM Sans" w:hAnsi="DM Sans"/>
              </w:rPr>
            </w:pPr>
            <w:r w:rsidRPr="00901944">
              <w:rPr>
                <w:rFonts w:ascii="DM Sans" w:hAnsi="DM Sans"/>
                <w:b/>
                <w:sz w:val="17"/>
              </w:rPr>
              <w:t xml:space="preserve">Nombre y </w:t>
            </w:r>
            <w:proofErr w:type="spellStart"/>
            <w:r w:rsidRPr="00901944">
              <w:rPr>
                <w:rFonts w:ascii="DM Sans" w:hAnsi="DM Sans"/>
                <w:b/>
                <w:sz w:val="17"/>
              </w:rPr>
              <w:t>apellidos</w:t>
            </w:r>
            <w:proofErr w:type="spellEnd"/>
          </w:p>
        </w:tc>
        <w:tc>
          <w:tcPr>
            <w:tcW w:w="4986" w:type="dxa"/>
            <w:shd w:val="clear" w:color="auto" w:fill="F3F6F8"/>
            <w:tcMar>
              <w:top w:w="100" w:type="dxa"/>
              <w:left w:w="100" w:type="dxa"/>
              <w:bottom w:w="100" w:type="dxa"/>
              <w:right w:w="100" w:type="dxa"/>
            </w:tcMar>
          </w:tcPr>
          <w:p w14:paraId="64B85DD3" w14:textId="77777777" w:rsidR="00A84F58" w:rsidRPr="00901944" w:rsidRDefault="00E23D8C">
            <w:pPr>
              <w:rPr>
                <w:rFonts w:ascii="DM Sans" w:hAnsi="DM Sans"/>
              </w:rPr>
            </w:pPr>
            <w:r w:rsidRPr="00901944">
              <w:rPr>
                <w:rFonts w:ascii="DM Sans" w:hAnsi="DM Sans"/>
                <w:b/>
                <w:sz w:val="17"/>
              </w:rPr>
              <w:t>NIF/NIE</w:t>
            </w:r>
          </w:p>
        </w:tc>
      </w:tr>
      <w:tr w:rsidR="00A84F58" w:rsidRPr="00901944" w14:paraId="4FDAE967" w14:textId="77777777">
        <w:trPr>
          <w:jc w:val="center"/>
        </w:trPr>
        <w:tc>
          <w:tcPr>
            <w:tcW w:w="4986" w:type="dxa"/>
            <w:shd w:val="clear" w:color="auto" w:fill="F3F6F8"/>
            <w:tcMar>
              <w:top w:w="100" w:type="dxa"/>
              <w:left w:w="100" w:type="dxa"/>
              <w:bottom w:w="100" w:type="dxa"/>
              <w:right w:w="100" w:type="dxa"/>
            </w:tcMar>
          </w:tcPr>
          <w:p w14:paraId="2B83ADCA" w14:textId="77777777" w:rsidR="00A84F58" w:rsidRPr="00901944" w:rsidRDefault="00E23D8C">
            <w:pPr>
              <w:rPr>
                <w:rFonts w:ascii="DM Sans" w:hAnsi="DM Sans"/>
                <w:lang w:val="es-ES"/>
              </w:rPr>
            </w:pPr>
            <w:r w:rsidRPr="00901944">
              <w:rPr>
                <w:rFonts w:ascii="DM Sans" w:hAnsi="DM Sans"/>
                <w:b/>
                <w:sz w:val="17"/>
                <w:lang w:val="es-ES"/>
              </w:rPr>
              <w:t>Cargo o condición, en su caso</w:t>
            </w:r>
          </w:p>
        </w:tc>
        <w:tc>
          <w:tcPr>
            <w:tcW w:w="4986" w:type="dxa"/>
            <w:shd w:val="clear" w:color="auto" w:fill="F3F6F8"/>
            <w:tcMar>
              <w:top w:w="100" w:type="dxa"/>
              <w:left w:w="100" w:type="dxa"/>
              <w:bottom w:w="100" w:type="dxa"/>
              <w:right w:w="100" w:type="dxa"/>
            </w:tcMar>
          </w:tcPr>
          <w:p w14:paraId="75AED980" w14:textId="77777777" w:rsidR="00A84F58" w:rsidRPr="00901944" w:rsidRDefault="00E23D8C">
            <w:pPr>
              <w:rPr>
                <w:rFonts w:ascii="DM Sans" w:hAnsi="DM Sans"/>
              </w:rPr>
            </w:pPr>
            <w:r w:rsidRPr="00901944">
              <w:rPr>
                <w:rFonts w:ascii="DM Sans" w:hAnsi="DM Sans"/>
                <w:b/>
                <w:sz w:val="17"/>
              </w:rPr>
              <w:t>[</w:t>
            </w:r>
            <w:proofErr w:type="spellStart"/>
            <w:r w:rsidRPr="00901944">
              <w:rPr>
                <w:rFonts w:ascii="DM Sans" w:hAnsi="DM Sans"/>
                <w:b/>
                <w:sz w:val="17"/>
              </w:rPr>
              <w:t>Cumplimentar</w:t>
            </w:r>
            <w:proofErr w:type="spellEnd"/>
            <w:r w:rsidRPr="00901944">
              <w:rPr>
                <w:rFonts w:ascii="DM Sans" w:hAnsi="DM Sans"/>
                <w:b/>
                <w:sz w:val="17"/>
              </w:rPr>
              <w:t>]</w:t>
            </w:r>
          </w:p>
        </w:tc>
      </w:tr>
      <w:tr w:rsidR="00A84F58" w:rsidRPr="00901944" w14:paraId="7812F6F1" w14:textId="77777777">
        <w:trPr>
          <w:jc w:val="center"/>
        </w:trPr>
        <w:tc>
          <w:tcPr>
            <w:tcW w:w="4986" w:type="dxa"/>
            <w:tcMar>
              <w:top w:w="100" w:type="dxa"/>
              <w:left w:w="100" w:type="dxa"/>
              <w:bottom w:w="100" w:type="dxa"/>
              <w:right w:w="100" w:type="dxa"/>
            </w:tcMar>
          </w:tcPr>
          <w:p w14:paraId="1C38EF75" w14:textId="77777777" w:rsidR="00A84F58" w:rsidRPr="00901944" w:rsidRDefault="00E23D8C">
            <w:pPr>
              <w:rPr>
                <w:rFonts w:ascii="DM Sans" w:hAnsi="DM Sans"/>
              </w:rPr>
            </w:pPr>
            <w:r w:rsidRPr="00901944">
              <w:rPr>
                <w:rFonts w:ascii="DM Sans" w:hAnsi="DM Sans"/>
                <w:sz w:val="17"/>
              </w:rPr>
              <w:t>[</w:t>
            </w:r>
            <w:proofErr w:type="spellStart"/>
            <w:r w:rsidRPr="00901944">
              <w:rPr>
                <w:rFonts w:ascii="DM Sans" w:hAnsi="DM Sans"/>
                <w:sz w:val="17"/>
              </w:rPr>
              <w:t>Cumplimentar</w:t>
            </w:r>
            <w:proofErr w:type="spellEnd"/>
            <w:r w:rsidRPr="00901944">
              <w:rPr>
                <w:rFonts w:ascii="DM Sans" w:hAnsi="DM Sans"/>
                <w:sz w:val="17"/>
              </w:rPr>
              <w:t>]</w:t>
            </w:r>
          </w:p>
        </w:tc>
        <w:tc>
          <w:tcPr>
            <w:tcW w:w="4986" w:type="dxa"/>
            <w:tcMar>
              <w:top w:w="100" w:type="dxa"/>
              <w:left w:w="100" w:type="dxa"/>
              <w:bottom w:w="100" w:type="dxa"/>
              <w:right w:w="100" w:type="dxa"/>
            </w:tcMar>
          </w:tcPr>
          <w:p w14:paraId="4F472994" w14:textId="77777777" w:rsidR="00A84F58" w:rsidRPr="00901944" w:rsidRDefault="00E23D8C">
            <w:pPr>
              <w:rPr>
                <w:rFonts w:ascii="DM Sans" w:hAnsi="DM Sans"/>
              </w:rPr>
            </w:pPr>
            <w:r w:rsidRPr="00901944">
              <w:rPr>
                <w:rFonts w:ascii="DM Sans" w:hAnsi="DM Sans"/>
                <w:sz w:val="17"/>
              </w:rPr>
              <w:t>[</w:t>
            </w:r>
            <w:proofErr w:type="spellStart"/>
            <w:r w:rsidRPr="00901944">
              <w:rPr>
                <w:rFonts w:ascii="DM Sans" w:hAnsi="DM Sans"/>
                <w:sz w:val="17"/>
              </w:rPr>
              <w:t>Cumplimentar</w:t>
            </w:r>
            <w:proofErr w:type="spellEnd"/>
            <w:r w:rsidRPr="00901944">
              <w:rPr>
                <w:rFonts w:ascii="DM Sans" w:hAnsi="DM Sans"/>
                <w:sz w:val="17"/>
              </w:rPr>
              <w:t>]</w:t>
            </w:r>
          </w:p>
        </w:tc>
      </w:tr>
    </w:tbl>
    <w:p w14:paraId="0A987623" w14:textId="77777777" w:rsidR="00A84F58" w:rsidRPr="00901944" w:rsidRDefault="00E23D8C">
      <w:pPr>
        <w:spacing w:before="160"/>
        <w:rPr>
          <w:rFonts w:ascii="DM Sans" w:hAnsi="DM Sans"/>
          <w:lang w:val="es-ES"/>
        </w:rPr>
      </w:pPr>
      <w:r w:rsidRPr="00901944">
        <w:rPr>
          <w:rFonts w:ascii="DM Sans" w:hAnsi="DM Sans"/>
          <w:b/>
          <w:color w:val="1F4E79"/>
          <w:sz w:val="17"/>
          <w:lang w:val="es-ES"/>
        </w:rPr>
        <w:t>DESTINATARIO: DIRECCIÓN GENERAL DE PATRIMONIO CULTURAL Y PAISAJE URBANO. ÁREA DE GOBIERNO DE CULTURA, TURISMO Y DEPORTE. AYUNTAMIENTO DE MADRID.</w:t>
      </w:r>
    </w:p>
    <w:p w14:paraId="15F8D67D" w14:textId="77777777" w:rsidR="00A84F58" w:rsidRPr="00901944" w:rsidRDefault="00E23D8C">
      <w:pPr>
        <w:rPr>
          <w:rFonts w:ascii="DM Sans" w:hAnsi="DM Sans"/>
          <w:lang w:val="es-ES"/>
        </w:rPr>
      </w:pPr>
      <w:r w:rsidRPr="00901944">
        <w:rPr>
          <w:rFonts w:ascii="DM Sans" w:hAnsi="DM Sans"/>
          <w:i/>
          <w:sz w:val="16"/>
          <w:lang w:val="es-ES"/>
        </w:rPr>
        <w:t>Presentación: trámite «Aporte de documentación. Premio de Arte Público» de la Sede Electrónica del Ayuntamiento de Madrid. Las personas jurídicas y demás sujetos obligados por el artículo 14.2 de la Ley 39/2015 deberán presentar la documentación por medios electrónicos.</w:t>
      </w:r>
    </w:p>
    <w:sectPr w:rsidR="00A84F58" w:rsidRPr="00901944" w:rsidSect="00014A65">
      <w:headerReference w:type="default" r:id="rId11"/>
      <w:footerReference w:type="default" r:id="rId12"/>
      <w:pgSz w:w="12240" w:h="15840"/>
      <w:pgMar w:top="964" w:right="1134" w:bottom="907" w:left="1134" w:header="1134"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1CEFF" w14:textId="77777777" w:rsidR="0030172D" w:rsidRDefault="0030172D">
      <w:pPr>
        <w:spacing w:after="0" w:line="240" w:lineRule="auto"/>
      </w:pPr>
      <w:r>
        <w:separator/>
      </w:r>
    </w:p>
  </w:endnote>
  <w:endnote w:type="continuationSeparator" w:id="0">
    <w:p w14:paraId="099C3605" w14:textId="77777777" w:rsidR="0030172D" w:rsidRDefault="00301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DM Sans">
    <w:charset w:val="00"/>
    <w:family w:val="auto"/>
    <w:pitch w:val="variable"/>
    <w:sig w:usb0="8000002F" w:usb1="5000205B"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A6DC7" w14:textId="77777777" w:rsidR="00A84F58" w:rsidRPr="00014A65" w:rsidRDefault="00E23D8C">
    <w:pPr>
      <w:pStyle w:val="Piedepgina"/>
      <w:jc w:val="center"/>
      <w:rPr>
        <w:lang w:val="es-ES"/>
      </w:rPr>
    </w:pPr>
    <w:r w:rsidRPr="00014A65">
      <w:rPr>
        <w:color w:val="646464"/>
        <w:sz w:val="15"/>
        <w:lang w:val="es-ES"/>
      </w:rPr>
      <w:t>Expediente 511/2026/27901 · Premio de Arte Público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5EBBB" w14:textId="77777777" w:rsidR="0030172D" w:rsidRDefault="0030172D">
      <w:pPr>
        <w:spacing w:after="0" w:line="240" w:lineRule="auto"/>
      </w:pPr>
      <w:r>
        <w:separator/>
      </w:r>
    </w:p>
  </w:footnote>
  <w:footnote w:type="continuationSeparator" w:id="0">
    <w:p w14:paraId="7A185AAD" w14:textId="77777777" w:rsidR="0030172D" w:rsidRDefault="003017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07D88" w14:textId="507266C7" w:rsidR="00A84F58" w:rsidRPr="00014A65" w:rsidRDefault="00014A65">
    <w:pPr>
      <w:pStyle w:val="Encabezado"/>
      <w:jc w:val="right"/>
      <w:rPr>
        <w:lang w:val="es-ES"/>
      </w:rPr>
    </w:pPr>
    <w:r w:rsidRPr="0062738A">
      <w:rPr>
        <w:rFonts w:ascii="Verdana" w:hAnsi="Verdana"/>
        <w:b/>
        <w:noProof/>
        <w:sz w:val="18"/>
        <w:szCs w:val="18"/>
        <w:lang w:eastAsia="es-ES"/>
      </w:rPr>
      <mc:AlternateContent>
        <mc:Choice Requires="wps">
          <w:drawing>
            <wp:anchor distT="45720" distB="45720" distL="114300" distR="114300" simplePos="0" relativeHeight="251658241" behindDoc="0" locked="0" layoutInCell="1" allowOverlap="1" wp14:anchorId="115062D2" wp14:editId="3C4CD348">
              <wp:simplePos x="0" y="0"/>
              <wp:positionH relativeFrom="margin">
                <wp:posOffset>51435</wp:posOffset>
              </wp:positionH>
              <wp:positionV relativeFrom="margin">
                <wp:posOffset>-878205</wp:posOffset>
              </wp:positionV>
              <wp:extent cx="2769870" cy="371475"/>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9870" cy="371475"/>
                      </a:xfrm>
                      <a:prstGeom prst="rect">
                        <a:avLst/>
                      </a:prstGeom>
                      <a:noFill/>
                      <a:ln w="9525">
                        <a:noFill/>
                        <a:miter lim="800000"/>
                        <a:headEnd/>
                        <a:tailEnd/>
                      </a:ln>
                    </wps:spPr>
                    <wps:txbx>
                      <w:txbxContent>
                        <w:p w14:paraId="657DDA2F" w14:textId="77777777" w:rsidR="00014A65" w:rsidRPr="00014A65" w:rsidRDefault="00014A65" w:rsidP="00014A65">
                          <w:pPr>
                            <w:pStyle w:val="Encabezado"/>
                            <w:rPr>
                              <w:rFonts w:ascii="Lato" w:hAnsi="Lato"/>
                              <w:b/>
                              <w:color w:val="31849B" w:themeColor="accent5" w:themeShade="BF"/>
                              <w:lang w:val="es-ES"/>
                            </w:rPr>
                          </w:pPr>
                          <w:r w:rsidRPr="00014A65">
                            <w:rPr>
                              <w:rFonts w:ascii="Lato" w:hAnsi="Lato"/>
                              <w:b/>
                              <w:color w:val="31849B" w:themeColor="accent5" w:themeShade="BF"/>
                              <w:lang w:val="es-ES"/>
                            </w:rPr>
                            <w:t>Dirección General de Patrimonio Cultural</w:t>
                          </w:r>
                        </w:p>
                        <w:p w14:paraId="28281A96" w14:textId="77777777" w:rsidR="00014A65" w:rsidRPr="00014A65" w:rsidRDefault="00014A65" w:rsidP="00014A65">
                          <w:pPr>
                            <w:pStyle w:val="Encabezado"/>
                            <w:rPr>
                              <w:rFonts w:ascii="Lato" w:hAnsi="Lato"/>
                              <w:b/>
                              <w:color w:val="31849B" w:themeColor="accent5" w:themeShade="BF"/>
                              <w:lang w:val="es-ES"/>
                            </w:rPr>
                          </w:pPr>
                          <w:r w:rsidRPr="00014A65">
                            <w:rPr>
                              <w:rFonts w:ascii="Lato" w:hAnsi="Lato"/>
                              <w:b/>
                              <w:color w:val="31849B" w:themeColor="accent5" w:themeShade="BF"/>
                              <w:lang w:val="es-ES"/>
                            </w:rPr>
                            <w:t>y Paisaje Urbano</w:t>
                          </w:r>
                        </w:p>
                        <w:p w14:paraId="2590BA58" w14:textId="77777777" w:rsidR="00014A65" w:rsidRPr="00014A65" w:rsidRDefault="00014A65" w:rsidP="00014A65">
                          <w:pPr>
                            <w:rPr>
                              <w:b/>
                              <w:color w:val="31849B" w:themeColor="accent5" w:themeShade="BF"/>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5062D2" id="_x0000_t202" coordsize="21600,21600" o:spt="202" path="m,l,21600r21600,l21600,xe">
              <v:stroke joinstyle="miter"/>
              <v:path gradientshapeok="t" o:connecttype="rect"/>
            </v:shapetype>
            <v:shape id="Cuadro de texto 2" o:spid="_x0000_s1026" type="#_x0000_t202" style="position:absolute;left:0;text-align:left;margin-left:4.05pt;margin-top:-69.15pt;width:218.1pt;height:29.25pt;z-index:2516638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" filled="f" stroked="f">
              <v:textbox>
                <w:txbxContent>
                  <w:p w14:paraId="657DDA2F" w14:textId="77777777" w:rsidR="00014A65" w:rsidRPr="00014A65" w:rsidRDefault="00014A65" w:rsidP="00014A65">
                    <w:pPr>
                      <w:pStyle w:val="Encabezado"/>
                      <w:rPr>
                        <w:rFonts w:ascii="Lato" w:hAnsi="Lato"/>
                        <w:b/>
                        <w:color w:val="31849B" w:themeColor="accent5" w:themeShade="BF"/>
                        <w:lang w:val="es-ES"/>
                      </w:rPr>
                    </w:pPr>
                    <w:r w:rsidRPr="00014A65">
                      <w:rPr>
                        <w:rFonts w:ascii="Lato" w:hAnsi="Lato"/>
                        <w:b/>
                        <w:color w:val="31849B" w:themeColor="accent5" w:themeShade="BF"/>
                        <w:lang w:val="es-ES"/>
                      </w:rPr>
                      <w:t>Dirección General de Patrimonio Cultural</w:t>
                    </w:r>
                  </w:p>
                  <w:p w14:paraId="28281A96" w14:textId="77777777" w:rsidR="00014A65" w:rsidRPr="00014A65" w:rsidRDefault="00014A65" w:rsidP="00014A65">
                    <w:pPr>
                      <w:pStyle w:val="Encabezado"/>
                      <w:rPr>
                        <w:rFonts w:ascii="Lato" w:hAnsi="Lato"/>
                        <w:b/>
                        <w:color w:val="31849B" w:themeColor="accent5" w:themeShade="BF"/>
                        <w:lang w:val="es-ES"/>
                      </w:rPr>
                    </w:pPr>
                    <w:r w:rsidRPr="00014A65">
                      <w:rPr>
                        <w:rFonts w:ascii="Lato" w:hAnsi="Lato"/>
                        <w:b/>
                        <w:color w:val="31849B" w:themeColor="accent5" w:themeShade="BF"/>
                        <w:lang w:val="es-ES"/>
                      </w:rPr>
                      <w:t>y Paisaje Urbano</w:t>
                    </w:r>
                  </w:p>
                  <w:p w14:paraId="2590BA58" w14:textId="77777777" w:rsidR="00014A65" w:rsidRPr="00014A65" w:rsidRDefault="00014A65" w:rsidP="00014A65">
                    <w:pPr>
                      <w:rPr>
                        <w:b/>
                        <w:color w:val="31849B" w:themeColor="accent5" w:themeShade="BF"/>
                        <w:lang w:val="es-ES"/>
                      </w:rPr>
                    </w:pPr>
                  </w:p>
                </w:txbxContent>
              </v:textbox>
              <w10:wrap type="square" anchorx="margin" anchory="margin"/>
            </v:shape>
          </w:pict>
        </mc:Fallback>
      </mc:AlternateContent>
    </w:r>
    <w:r>
      <w:rPr>
        <w:noProof/>
      </w:rPr>
      <w:drawing>
        <wp:anchor distT="0" distB="0" distL="114300" distR="114300" simplePos="0" relativeHeight="251658240" behindDoc="1" locked="0" layoutInCell="1" allowOverlap="1" wp14:anchorId="7411E2B9" wp14:editId="002210B6">
          <wp:simplePos x="0" y="0"/>
          <wp:positionH relativeFrom="column">
            <wp:posOffset>4057650</wp:posOffset>
          </wp:positionH>
          <wp:positionV relativeFrom="paragraph">
            <wp:posOffset>-162560</wp:posOffset>
          </wp:positionV>
          <wp:extent cx="2438400" cy="358140"/>
          <wp:effectExtent l="0" t="0" r="0" b="3810"/>
          <wp:wrapTight wrapText="bothSides">
            <wp:wrapPolygon edited="0">
              <wp:start x="0" y="0"/>
              <wp:lineTo x="0" y="20681"/>
              <wp:lineTo x="12825" y="20681"/>
              <wp:lineTo x="21431" y="17234"/>
              <wp:lineTo x="21431" y="3447"/>
              <wp:lineTo x="12825" y="0"/>
              <wp:lineTo x="0" y="0"/>
            </wp:wrapPolygon>
          </wp:wrapTight>
          <wp:docPr id="2565528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8400" cy="3581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23D8C" w:rsidRPr="00014A65">
      <w:rPr>
        <w:b/>
        <w:color w:val="1F4E79"/>
        <w:sz w:val="16"/>
        <w:lang w:val="es-ES"/>
      </w:rPr>
      <w:t xml:space="preserve"> </w:t>
    </w:r>
  </w:p>
  <w:p w14:paraId="184A281B" w14:textId="65498F5C" w:rsidR="00014A65" w:rsidRDefault="00014A65"/>
  <w:p w14:paraId="26A64DEF" w14:textId="77777777" w:rsidR="00014A65" w:rsidRDefault="00014A65"/>
  <w:p w14:paraId="42F236AD" w14:textId="77777777" w:rsidR="00014A65" w:rsidRDefault="00014A6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865245262">
    <w:abstractNumId w:val="8"/>
  </w:num>
  <w:num w:numId="2" w16cid:durableId="239680336">
    <w:abstractNumId w:val="6"/>
  </w:num>
  <w:num w:numId="3" w16cid:durableId="891497381">
    <w:abstractNumId w:val="5"/>
  </w:num>
  <w:num w:numId="4" w16cid:durableId="556622681">
    <w:abstractNumId w:val="4"/>
  </w:num>
  <w:num w:numId="5" w16cid:durableId="552348449">
    <w:abstractNumId w:val="7"/>
  </w:num>
  <w:num w:numId="6" w16cid:durableId="650603382">
    <w:abstractNumId w:val="3"/>
  </w:num>
  <w:num w:numId="7" w16cid:durableId="913708806">
    <w:abstractNumId w:val="2"/>
  </w:num>
  <w:num w:numId="8" w16cid:durableId="134879833">
    <w:abstractNumId w:val="1"/>
  </w:num>
  <w:num w:numId="9" w16cid:durableId="1591767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A65"/>
    <w:rsid w:val="00034616"/>
    <w:rsid w:val="0006063C"/>
    <w:rsid w:val="00096775"/>
    <w:rsid w:val="0015074B"/>
    <w:rsid w:val="0029639D"/>
    <w:rsid w:val="0030172D"/>
    <w:rsid w:val="00326F90"/>
    <w:rsid w:val="004373D9"/>
    <w:rsid w:val="00483B34"/>
    <w:rsid w:val="004A7F26"/>
    <w:rsid w:val="005B4A75"/>
    <w:rsid w:val="007F0EDE"/>
    <w:rsid w:val="008B2946"/>
    <w:rsid w:val="00901944"/>
    <w:rsid w:val="009D5E25"/>
    <w:rsid w:val="00A84F58"/>
    <w:rsid w:val="00AA1D8D"/>
    <w:rsid w:val="00B47730"/>
    <w:rsid w:val="00CB0664"/>
    <w:rsid w:val="00D26BCC"/>
    <w:rsid w:val="00E23D8C"/>
    <w:rsid w:val="00F11DD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A955826"/>
  <w14:defaultImageDpi w14:val="300"/>
  <w15:docId w15:val="{600FE4D7-1379-467D-B336-25B5C94F7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rial" w:eastAsia="Arial" w:hAnsi="Arial"/>
      <w:sz w:val="19"/>
    </w:rPr>
  </w:style>
  <w:style w:type="paragraph" w:styleId="Ttulo1">
    <w:name w:val="heading 1"/>
    <w:basedOn w:val="Normal"/>
    <w:next w:val="Normal"/>
    <w:link w:val="Ttulo1Car"/>
    <w:uiPriority w:val="9"/>
    <w:qFormat/>
    <w:rsid w:val="00FC693F"/>
    <w:pPr>
      <w:keepNext/>
      <w:keepLines/>
      <w:spacing w:before="140" w:after="80"/>
      <w:outlineLvl w:val="0"/>
    </w:pPr>
    <w:rPr>
      <w:rFonts w:asciiTheme="majorHAnsi" w:eastAsiaTheme="majorEastAsia" w:hAnsiTheme="majorHAnsi" w:cstheme="majorBidi"/>
      <w:b/>
      <w:bCs/>
      <w:color w:val="1F4E79"/>
      <w:sz w:val="22"/>
      <w:szCs w:val="28"/>
    </w:rPr>
  </w:style>
  <w:style w:type="paragraph" w:styleId="Ttulo2">
    <w:name w:val="heading 2"/>
    <w:basedOn w:val="Normal"/>
    <w:next w:val="Normal"/>
    <w:link w:val="Ttulo2Car"/>
    <w:uiPriority w:val="9"/>
    <w:unhideWhenUsed/>
    <w:qFormat/>
    <w:rsid w:val="00FC693F"/>
    <w:pPr>
      <w:keepNext/>
      <w:keepLines/>
      <w:spacing w:before="140" w:after="80"/>
      <w:outlineLvl w:val="1"/>
    </w:pPr>
    <w:rPr>
      <w:rFonts w:asciiTheme="majorHAnsi" w:eastAsiaTheme="majorEastAsia" w:hAnsiTheme="majorHAnsi" w:cstheme="majorBidi"/>
      <w:b/>
      <w:bCs/>
      <w:color w:val="1F4E79"/>
      <w:sz w:val="20"/>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before="140" w:after="80" w:line="240" w:lineRule="auto"/>
      <w:contextualSpacing/>
    </w:pPr>
    <w:rPr>
      <w:rFonts w:asciiTheme="majorHAnsi" w:eastAsiaTheme="majorEastAsia" w:hAnsiTheme="majorHAnsi" w:cstheme="majorBidi"/>
      <w:b/>
      <w:color w:val="111111"/>
      <w:spacing w:val="5"/>
      <w:kern w:val="28"/>
      <w:sz w:val="3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E05766DC99A377499FE87DEEA2202B48" ma:contentTypeVersion="19" ma:contentTypeDescription="Crear nuevo documento." ma:contentTypeScope="" ma:versionID="fd4e764483162df4c934848545babee8">
  <xsd:schema xmlns:xsd="http://www.w3.org/2001/XMLSchema" xmlns:xs="http://www.w3.org/2001/XMLSchema" xmlns:p="http://schemas.microsoft.com/office/2006/metadata/properties" xmlns:ns2="eaeb9876-3857-4e5b-b42d-06b8616255c6" xmlns:ns3="8bfa8349-f487-4436-bb51-9b58289200a3" targetNamespace="http://schemas.microsoft.com/office/2006/metadata/properties" ma:root="true" ma:fieldsID="8798f55ad9af6866b9c2e6af626f10e3" ns2:_="" ns3:_="">
    <xsd:import namespace="eaeb9876-3857-4e5b-b42d-06b8616255c6"/>
    <xsd:import namespace="8bfa8349-f487-4436-bb51-9b58289200a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eb9876-3857-4e5b-b42d-06b8616255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Etiquetas de imagen" ma:readOnly="false" ma:fieldId="{5cf76f15-5ced-4ddc-b409-7134ff3c332f}" ma:taxonomyMulti="true" ma:sspId="7346039f-02cc-4ba4-a79b-23b6212a2d0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fa8349-f487-4436-bb51-9b58289200a3" elementFormDefault="qualified">
    <xsd:import namespace="http://schemas.microsoft.com/office/2006/documentManagement/types"/>
    <xsd:import namespace="http://schemas.microsoft.com/office/infopath/2007/PartnerControls"/>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element name="TaxCatchAll" ma:index="22" nillable="true" ma:displayName="Taxonomy Catch All Column" ma:hidden="true" ma:list="{d09c7b00-3098-45c2-ad85-1bcaa38f7165}" ma:internalName="TaxCatchAll" ma:showField="CatchAllData" ma:web="8bfa8349-f487-4436-bb51-9b58289200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bfa8349-f487-4436-bb51-9b58289200a3" xsi:nil="true"/>
    <lcf76f155ced4ddcb4097134ff3c332f xmlns="eaeb9876-3857-4e5b-b42d-06b8616255c6">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EC559E7A-0037-4618-AAB8-55732D7FA8BF}"/>
</file>

<file path=customXml/itemProps3.xml><?xml version="1.0" encoding="utf-8"?>
<ds:datastoreItem xmlns:ds="http://schemas.openxmlformats.org/officeDocument/2006/customXml" ds:itemID="{5FB99158-F83D-4A78-A86A-39514C5134BA}">
  <ds:schemaRefs>
    <ds:schemaRef ds:uri="http://schemas.microsoft.com/office/2006/metadata/properties"/>
    <ds:schemaRef ds:uri="http://schemas.microsoft.com/office/infopath/2007/PartnerControls"/>
    <ds:schemaRef ds:uri="c93c0a97-ad3e-43a8-97ca-47d0e69e4b12"/>
    <ds:schemaRef ds:uri="1142b161-0d6f-4090-a18f-6417c4f26845"/>
  </ds:schemaRefs>
</ds:datastoreItem>
</file>

<file path=customXml/itemProps4.xml><?xml version="1.0" encoding="utf-8"?>
<ds:datastoreItem xmlns:ds="http://schemas.openxmlformats.org/officeDocument/2006/customXml" ds:itemID="{F2128EEA-A528-44E7-8A09-79F4737F7A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768</Words>
  <Characters>4226</Characters>
  <Application>Microsoft Office Word</Application>
  <DocSecurity>0</DocSecurity>
  <Lines>35</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Aceptación del Premio de Arte Público 2026</vt:lpstr>
      <vt:lpstr/>
    </vt:vector>
  </TitlesOfParts>
  <Manager/>
  <Company/>
  <LinksUpToDate>false</LinksUpToDate>
  <CharactersWithSpaces>4985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Aceptación del Premio de Arte Público 2026</dc:title>
  <dc:subject>Expediente 511/2026/27901</dc:subject>
  <dc:creator>Pozo Coll, Patricia Sela Del</dc:creator>
  <cp:keywords>Premio de Arte Público, aceptación, Sede Electrónica</cp:keywords>
  <dc:description>generated by python-docx</dc:description>
  <cp:lastModifiedBy>Pozo Coll, Patricia Sela Del</cp:lastModifiedBy>
  <cp:revision>5</cp:revision>
  <cp:lastPrinted>2026-10-08T09:08:00Z</cp:lastPrinted>
  <dcterms:created xsi:type="dcterms:W3CDTF">2026-10-08T08:59:00Z</dcterms:created>
  <dcterms:modified xsi:type="dcterms:W3CDTF">2026-10-08T09:16:00Z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0x010100E05766DC99A377499FE87DEEA2202B48</vt:lpwstr>
  </property>
</Properties>
</file>